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E8C" w:rsidRPr="006F5E97" w:rsidRDefault="006F5E97">
      <w:pPr>
        <w:rPr>
          <w:b/>
          <w:sz w:val="28"/>
          <w:lang w:eastAsia="zh-TW"/>
        </w:rPr>
      </w:pPr>
      <w:bookmarkStart w:id="0" w:name="_GoBack"/>
      <w:r w:rsidRPr="00384E16">
        <w:rPr>
          <w:b/>
          <w:sz w:val="28"/>
          <w:lang w:eastAsia="zh-TW"/>
        </w:rPr>
        <w:t>未來學校財團法人</w:t>
      </w:r>
      <w:proofErr w:type="gramStart"/>
      <w:r w:rsidRPr="00384E16">
        <w:rPr>
          <w:b/>
          <w:sz w:val="28"/>
          <w:lang w:eastAsia="zh-TW"/>
        </w:rPr>
        <w:t>臺</w:t>
      </w:r>
      <w:proofErr w:type="gramEnd"/>
      <w:r w:rsidRPr="00384E16">
        <w:rPr>
          <w:b/>
          <w:sz w:val="28"/>
          <w:lang w:eastAsia="zh-TW"/>
        </w:rPr>
        <w:t>東</w:t>
      </w:r>
      <w:r w:rsidR="002A198F">
        <w:rPr>
          <w:rFonts w:ascii="細明體" w:eastAsia="細明體" w:hAnsi="細明體" w:cs="細明體"/>
          <w:b/>
          <w:sz w:val="28"/>
          <w:lang w:eastAsia="zh-TW"/>
        </w:rPr>
        <w:t>縣私立</w:t>
      </w:r>
      <w:r w:rsidRPr="00384E16">
        <w:rPr>
          <w:b/>
          <w:sz w:val="28"/>
          <w:lang w:eastAsia="zh-TW"/>
        </w:rPr>
        <w:t>育仁</w:t>
      </w:r>
      <w:r w:rsidR="002A198F">
        <w:rPr>
          <w:rFonts w:ascii="細明體" w:eastAsia="細明體" w:hAnsi="細明體" w:cs="細明體"/>
          <w:b/>
          <w:sz w:val="28"/>
          <w:lang w:eastAsia="zh-TW"/>
        </w:rPr>
        <w:t>國民中</w:t>
      </w:r>
      <w:r w:rsidRPr="00384E16">
        <w:rPr>
          <w:b/>
          <w:sz w:val="28"/>
          <w:lang w:eastAsia="zh-TW"/>
        </w:rPr>
        <w:t>學</w:t>
      </w:r>
      <w:r w:rsidR="000C3429" w:rsidRPr="006F5E97">
        <w:rPr>
          <w:b/>
          <w:sz w:val="28"/>
          <w:lang w:eastAsia="zh-TW"/>
        </w:rPr>
        <w:t>個人資料檔案安全維護計畫</w:t>
      </w:r>
      <w:r w:rsidR="000C3429" w:rsidRPr="006F5E97">
        <w:rPr>
          <w:b/>
          <w:sz w:val="28"/>
          <w:lang w:eastAsia="zh-TW"/>
        </w:rPr>
        <w:t xml:space="preserve"> </w:t>
      </w:r>
    </w:p>
    <w:bookmarkEnd w:id="0"/>
    <w:p w:rsidR="004C1E8C" w:rsidRPr="00384E16" w:rsidRDefault="004C1E8C">
      <w:pPr>
        <w:rPr>
          <w:b/>
          <w:sz w:val="28"/>
          <w:lang w:eastAsia="zh-TW"/>
        </w:rPr>
      </w:pPr>
    </w:p>
    <w:p w:rsidR="004C1E8C" w:rsidRDefault="006F5E97" w:rsidP="006F5E97">
      <w:pPr>
        <w:jc w:val="center"/>
        <w:rPr>
          <w:lang w:eastAsia="zh-TW"/>
        </w:rPr>
      </w:pPr>
      <w:r>
        <w:rPr>
          <w:lang w:eastAsia="zh-TW"/>
        </w:rPr>
        <w:t xml:space="preserve">                                                           </w:t>
      </w:r>
      <w:r w:rsidR="00384E16">
        <w:rPr>
          <w:rFonts w:eastAsia="新細明體" w:hint="eastAsia"/>
          <w:lang w:eastAsia="zh-TW"/>
        </w:rPr>
        <w:t xml:space="preserve">                       </w:t>
      </w:r>
      <w:r>
        <w:rPr>
          <w:lang w:eastAsia="zh-TW"/>
        </w:rPr>
        <w:t xml:space="preserve"> </w:t>
      </w:r>
      <w:r w:rsidR="000C3429">
        <w:rPr>
          <w:lang w:eastAsia="zh-TW"/>
        </w:rPr>
        <w:t>中華民國</w:t>
      </w:r>
      <w:r w:rsidR="000C3429">
        <w:rPr>
          <w:lang w:eastAsia="zh-TW"/>
        </w:rPr>
        <w:t xml:space="preserve"> 11</w:t>
      </w:r>
      <w:r>
        <w:rPr>
          <w:lang w:eastAsia="zh-TW"/>
        </w:rPr>
        <w:t>5</w:t>
      </w:r>
      <w:r w:rsidR="000C3429">
        <w:rPr>
          <w:lang w:eastAsia="zh-TW"/>
        </w:rPr>
        <w:t>年</w:t>
      </w:r>
      <w:r w:rsidR="000C3429">
        <w:rPr>
          <w:lang w:eastAsia="zh-TW"/>
        </w:rPr>
        <w:t xml:space="preserve"> </w:t>
      </w:r>
      <w:r>
        <w:rPr>
          <w:lang w:eastAsia="zh-TW"/>
        </w:rPr>
        <w:t>8</w:t>
      </w:r>
      <w:r w:rsidR="000C3429">
        <w:rPr>
          <w:lang w:eastAsia="zh-TW"/>
        </w:rPr>
        <w:t xml:space="preserve"> </w:t>
      </w:r>
      <w:r w:rsidR="000C3429">
        <w:rPr>
          <w:lang w:eastAsia="zh-TW"/>
        </w:rPr>
        <w:t>月</w:t>
      </w:r>
      <w:r w:rsidR="000C3429">
        <w:rPr>
          <w:lang w:eastAsia="zh-TW"/>
        </w:rPr>
        <w:t xml:space="preserve"> </w:t>
      </w:r>
      <w:r>
        <w:rPr>
          <w:lang w:eastAsia="zh-TW"/>
        </w:rPr>
        <w:t>3</w:t>
      </w:r>
      <w:r w:rsidR="000C3429">
        <w:rPr>
          <w:lang w:eastAsia="zh-TW"/>
        </w:rPr>
        <w:t xml:space="preserve"> </w:t>
      </w:r>
      <w:r w:rsidR="000C3429">
        <w:rPr>
          <w:lang w:eastAsia="zh-TW"/>
        </w:rPr>
        <w:t>日修訂</w:t>
      </w:r>
    </w:p>
    <w:p w:rsidR="004C1E8C" w:rsidRPr="006F5E97" w:rsidRDefault="000C3429">
      <w:pPr>
        <w:rPr>
          <w:b/>
          <w:sz w:val="32"/>
          <w:lang w:eastAsia="zh-TW"/>
        </w:rPr>
      </w:pPr>
      <w:r w:rsidRPr="006F5E97">
        <w:rPr>
          <w:b/>
          <w:sz w:val="32"/>
          <w:lang w:eastAsia="zh-TW"/>
        </w:rPr>
        <w:t>壹、目的</w:t>
      </w:r>
      <w:r w:rsidRPr="006F5E97">
        <w:rPr>
          <w:b/>
          <w:sz w:val="32"/>
          <w:lang w:eastAsia="zh-TW"/>
        </w:rPr>
        <w:t xml:space="preserve"> </w:t>
      </w:r>
    </w:p>
    <w:p w:rsidR="004C1E8C" w:rsidRDefault="000C3429" w:rsidP="006F5E97">
      <w:pPr>
        <w:ind w:leftChars="63" w:left="641" w:hangingChars="228" w:hanging="502"/>
        <w:rPr>
          <w:lang w:eastAsia="zh-TW"/>
        </w:rPr>
      </w:pPr>
      <w:r>
        <w:rPr>
          <w:lang w:eastAsia="zh-TW"/>
        </w:rPr>
        <w:t>一、為確保</w:t>
      </w:r>
      <w:r w:rsidR="002A198F" w:rsidRPr="002A198F">
        <w:rPr>
          <w:lang w:eastAsia="zh-TW"/>
        </w:rPr>
        <w:t>未來學校財團法人</w:t>
      </w:r>
      <w:proofErr w:type="gramStart"/>
      <w:r w:rsidR="002A198F" w:rsidRPr="002A198F">
        <w:rPr>
          <w:lang w:eastAsia="zh-TW"/>
        </w:rPr>
        <w:t>臺</w:t>
      </w:r>
      <w:proofErr w:type="gramEnd"/>
      <w:r w:rsidR="002A198F" w:rsidRPr="002A198F">
        <w:rPr>
          <w:lang w:eastAsia="zh-TW"/>
        </w:rPr>
        <w:t>東縣私立育仁國民中學</w:t>
      </w:r>
      <w:r>
        <w:rPr>
          <w:lang w:eastAsia="zh-TW"/>
        </w:rPr>
        <w:t>（以下簡稱本校）個人資料檔案管理之安全，防止個人資料被竊取、竄改、毀損、滅失或洩漏，本校所屬人員應</w:t>
      </w:r>
      <w:r>
        <w:rPr>
          <w:lang w:eastAsia="zh-TW"/>
        </w:rPr>
        <w:t xml:space="preserve"> </w:t>
      </w:r>
      <w:r>
        <w:rPr>
          <w:lang w:eastAsia="zh-TW"/>
        </w:rPr>
        <w:t>依本計畫及方法辦理個人資料檔案安全維護及業務終止後個人資料處理事項。</w:t>
      </w:r>
      <w:r>
        <w:rPr>
          <w:lang w:eastAsia="zh-TW"/>
        </w:rPr>
        <w:t xml:space="preserve"> </w:t>
      </w:r>
    </w:p>
    <w:p w:rsidR="004C1E8C" w:rsidRDefault="000C3429" w:rsidP="006F5E97">
      <w:pPr>
        <w:ind w:leftChars="63" w:left="641" w:hangingChars="228" w:hanging="502"/>
        <w:rPr>
          <w:lang w:eastAsia="zh-TW"/>
        </w:rPr>
      </w:pPr>
      <w:r>
        <w:rPr>
          <w:lang w:eastAsia="zh-TW"/>
        </w:rPr>
        <w:t>二、強化對個人資料之保護能力，達成防止個資外</w:t>
      </w:r>
      <w:proofErr w:type="gramStart"/>
      <w:r>
        <w:rPr>
          <w:lang w:eastAsia="zh-TW"/>
        </w:rPr>
        <w:t>洩</w:t>
      </w:r>
      <w:proofErr w:type="gramEnd"/>
      <w:r>
        <w:rPr>
          <w:lang w:eastAsia="zh-TW"/>
        </w:rPr>
        <w:t>事件發生之目標。</w:t>
      </w:r>
      <w:r>
        <w:rPr>
          <w:lang w:eastAsia="zh-TW"/>
        </w:rPr>
        <w:t xml:space="preserve"> </w:t>
      </w:r>
    </w:p>
    <w:p w:rsidR="004C1E8C" w:rsidRPr="006F5E97" w:rsidRDefault="004C1E8C">
      <w:pPr>
        <w:rPr>
          <w:lang w:eastAsia="zh-TW"/>
        </w:rPr>
      </w:pPr>
    </w:p>
    <w:p w:rsidR="004C1E8C" w:rsidRPr="006F5E97" w:rsidRDefault="000C3429">
      <w:pPr>
        <w:rPr>
          <w:b/>
          <w:sz w:val="32"/>
          <w:lang w:eastAsia="zh-TW"/>
        </w:rPr>
      </w:pPr>
      <w:r w:rsidRPr="006F5E97">
        <w:rPr>
          <w:b/>
          <w:sz w:val="32"/>
          <w:lang w:eastAsia="zh-TW"/>
        </w:rPr>
        <w:t>貳、依據及適用範圍</w:t>
      </w:r>
      <w:r w:rsidRPr="006F5E97">
        <w:rPr>
          <w:b/>
          <w:sz w:val="32"/>
          <w:lang w:eastAsia="zh-TW"/>
        </w:rPr>
        <w:t xml:space="preserve"> </w:t>
      </w:r>
    </w:p>
    <w:p w:rsidR="004C1E8C" w:rsidRDefault="000C3429" w:rsidP="006F5E97">
      <w:pPr>
        <w:ind w:leftChars="64" w:left="566" w:hangingChars="193" w:hanging="425"/>
        <w:rPr>
          <w:lang w:eastAsia="zh-TW"/>
        </w:rPr>
      </w:pPr>
      <w:r>
        <w:rPr>
          <w:lang w:eastAsia="zh-TW"/>
        </w:rPr>
        <w:t>一、計畫依據：本計畫依據「私立高級中等以下學校及幼兒園個人資料檔案安全維護計畫實施辦法」</w:t>
      </w:r>
      <w:r>
        <w:rPr>
          <w:lang w:eastAsia="zh-TW"/>
        </w:rPr>
        <w:t>(</w:t>
      </w:r>
      <w:r>
        <w:rPr>
          <w:lang w:eastAsia="zh-TW"/>
        </w:rPr>
        <w:t>中華民國</w:t>
      </w:r>
      <w:r>
        <w:rPr>
          <w:lang w:eastAsia="zh-TW"/>
        </w:rPr>
        <w:t xml:space="preserve"> 106 </w:t>
      </w:r>
      <w:r>
        <w:rPr>
          <w:lang w:eastAsia="zh-TW"/>
        </w:rPr>
        <w:t>年</w:t>
      </w:r>
      <w:r>
        <w:rPr>
          <w:lang w:eastAsia="zh-TW"/>
        </w:rPr>
        <w:t xml:space="preserve"> 11 </w:t>
      </w:r>
      <w:r>
        <w:rPr>
          <w:lang w:eastAsia="zh-TW"/>
        </w:rPr>
        <w:t>月</w:t>
      </w:r>
      <w:r>
        <w:rPr>
          <w:lang w:eastAsia="zh-TW"/>
        </w:rPr>
        <w:t xml:space="preserve"> 22 </w:t>
      </w:r>
      <w:r>
        <w:rPr>
          <w:lang w:eastAsia="zh-TW"/>
        </w:rPr>
        <w:t>日</w:t>
      </w:r>
      <w:proofErr w:type="gramStart"/>
      <w:r>
        <w:rPr>
          <w:lang w:eastAsia="zh-TW"/>
        </w:rPr>
        <w:t>臺</w:t>
      </w:r>
      <w:proofErr w:type="gramEnd"/>
      <w:r>
        <w:rPr>
          <w:lang w:eastAsia="zh-TW"/>
        </w:rPr>
        <w:t>教授</w:t>
      </w:r>
      <w:r>
        <w:rPr>
          <w:lang w:eastAsia="zh-TW"/>
        </w:rPr>
        <w:t xml:space="preserve"> </w:t>
      </w:r>
      <w:proofErr w:type="gramStart"/>
      <w:r>
        <w:rPr>
          <w:lang w:eastAsia="zh-TW"/>
        </w:rPr>
        <w:t>國部字第</w:t>
      </w:r>
      <w:proofErr w:type="gramEnd"/>
      <w:r>
        <w:rPr>
          <w:lang w:eastAsia="zh-TW"/>
        </w:rPr>
        <w:t xml:space="preserve"> 100010851813 </w:t>
      </w:r>
      <w:r>
        <w:rPr>
          <w:lang w:eastAsia="zh-TW"/>
        </w:rPr>
        <w:t>號令訂定之</w:t>
      </w:r>
      <w:r>
        <w:rPr>
          <w:lang w:eastAsia="zh-TW"/>
        </w:rPr>
        <w:t>)</w:t>
      </w:r>
      <w:r>
        <w:rPr>
          <w:lang w:eastAsia="zh-TW"/>
        </w:rPr>
        <w:t>訂定之。</w:t>
      </w:r>
      <w:r>
        <w:rPr>
          <w:lang w:eastAsia="zh-TW"/>
        </w:rPr>
        <w:t xml:space="preserve"> </w:t>
      </w:r>
    </w:p>
    <w:p w:rsidR="004C1E8C" w:rsidRDefault="000C3429" w:rsidP="006F5E97">
      <w:pPr>
        <w:ind w:leftChars="64" w:left="566" w:hangingChars="193" w:hanging="425"/>
        <w:rPr>
          <w:lang w:eastAsia="zh-TW"/>
        </w:rPr>
      </w:pPr>
      <w:r>
        <w:rPr>
          <w:lang w:eastAsia="zh-TW"/>
        </w:rPr>
        <w:t>二、適用範圍：本校承辦之業務涉及個人資料作業之人員均適用之。</w:t>
      </w:r>
      <w:r>
        <w:rPr>
          <w:lang w:eastAsia="zh-TW"/>
        </w:rPr>
        <w:t xml:space="preserve"> </w:t>
      </w:r>
    </w:p>
    <w:p w:rsidR="006F5E97" w:rsidRDefault="006F5E97">
      <w:pPr>
        <w:rPr>
          <w:rFonts w:eastAsia="新細明體"/>
          <w:lang w:eastAsia="zh-TW"/>
        </w:rPr>
      </w:pPr>
    </w:p>
    <w:p w:rsidR="004C1E8C" w:rsidRPr="006F5E97" w:rsidRDefault="000C3429">
      <w:pPr>
        <w:rPr>
          <w:b/>
          <w:sz w:val="32"/>
          <w:lang w:eastAsia="zh-TW"/>
        </w:rPr>
      </w:pPr>
      <w:r w:rsidRPr="006F5E97">
        <w:rPr>
          <w:b/>
          <w:sz w:val="32"/>
          <w:lang w:eastAsia="zh-TW"/>
        </w:rPr>
        <w:t>參、權責</w:t>
      </w:r>
      <w:r w:rsidRPr="006F5E97">
        <w:rPr>
          <w:b/>
          <w:sz w:val="32"/>
          <w:lang w:eastAsia="zh-TW"/>
        </w:rPr>
        <w:t xml:space="preserve"> </w:t>
      </w:r>
    </w:p>
    <w:p w:rsidR="004C1E8C" w:rsidRDefault="000C3429" w:rsidP="006F5E97">
      <w:pPr>
        <w:ind w:leftChars="65" w:left="708" w:hangingChars="257" w:hanging="565"/>
        <w:rPr>
          <w:lang w:eastAsia="zh-TW"/>
        </w:rPr>
      </w:pPr>
      <w:r>
        <w:rPr>
          <w:lang w:eastAsia="zh-TW"/>
        </w:rPr>
        <w:t>一、主任管理人：</w:t>
      </w:r>
      <w:r>
        <w:rPr>
          <w:lang w:eastAsia="zh-TW"/>
        </w:rPr>
        <w:t xml:space="preserve"> </w:t>
      </w:r>
    </w:p>
    <w:p w:rsidR="006F5E97" w:rsidRDefault="000C3429" w:rsidP="006F5E97">
      <w:pPr>
        <w:ind w:leftChars="65" w:left="708" w:hangingChars="257" w:hanging="565"/>
        <w:rPr>
          <w:rFonts w:eastAsia="新細明體"/>
          <w:lang w:eastAsia="zh-TW"/>
        </w:rPr>
      </w:pPr>
      <w:r>
        <w:rPr>
          <w:lang w:eastAsia="zh-TW"/>
        </w:rPr>
        <w:t>由校長擔任，負責督導、考核本計畫各項工作。</w:t>
      </w:r>
    </w:p>
    <w:p w:rsidR="004C1E8C" w:rsidRDefault="000C3429" w:rsidP="006F5E97">
      <w:pPr>
        <w:ind w:leftChars="65" w:left="708" w:hangingChars="257" w:hanging="565"/>
        <w:rPr>
          <w:lang w:eastAsia="zh-TW"/>
        </w:rPr>
      </w:pPr>
      <w:r>
        <w:rPr>
          <w:lang w:eastAsia="zh-TW"/>
        </w:rPr>
        <w:t>二、個人資料管理人</w:t>
      </w:r>
      <w:r>
        <w:rPr>
          <w:lang w:eastAsia="zh-TW"/>
        </w:rPr>
        <w:t>(</w:t>
      </w:r>
      <w:r>
        <w:rPr>
          <w:lang w:eastAsia="zh-TW"/>
        </w:rPr>
        <w:t>以下簡稱管理人</w:t>
      </w:r>
      <w:r>
        <w:rPr>
          <w:lang w:eastAsia="zh-TW"/>
        </w:rPr>
        <w:t>)</w:t>
      </w:r>
      <w:r>
        <w:rPr>
          <w:lang w:eastAsia="zh-TW"/>
        </w:rPr>
        <w:t>：</w:t>
      </w:r>
      <w:r>
        <w:rPr>
          <w:lang w:eastAsia="zh-TW"/>
        </w:rPr>
        <w:t xml:space="preserve"> </w:t>
      </w:r>
    </w:p>
    <w:p w:rsidR="004C1E8C" w:rsidRDefault="000C3429" w:rsidP="006F5E97">
      <w:pPr>
        <w:ind w:leftChars="321" w:left="706" w:firstLine="1"/>
        <w:rPr>
          <w:lang w:eastAsia="zh-TW"/>
        </w:rPr>
      </w:pPr>
      <w:r>
        <w:rPr>
          <w:lang w:eastAsia="zh-TW"/>
        </w:rPr>
        <w:t>由各處室主任擔任。負責督導處室內個人資料檔案安全維護之執行，並將執行之相關作業程序、控制重點、納入各處室內部控制內容。</w:t>
      </w:r>
      <w:r>
        <w:rPr>
          <w:lang w:eastAsia="zh-TW"/>
        </w:rPr>
        <w:t xml:space="preserve"> </w:t>
      </w:r>
    </w:p>
    <w:p w:rsidR="004C1E8C" w:rsidRDefault="000C3429" w:rsidP="006F5E97">
      <w:pPr>
        <w:ind w:left="425" w:hangingChars="193" w:hanging="425"/>
        <w:rPr>
          <w:lang w:eastAsia="zh-TW"/>
        </w:rPr>
      </w:pPr>
      <w:r>
        <w:rPr>
          <w:lang w:eastAsia="zh-TW"/>
        </w:rPr>
        <w:t>(</w:t>
      </w:r>
      <w:proofErr w:type="gramStart"/>
      <w:r>
        <w:rPr>
          <w:lang w:eastAsia="zh-TW"/>
        </w:rPr>
        <w:t>一</w:t>
      </w:r>
      <w:proofErr w:type="gramEnd"/>
      <w:r>
        <w:rPr>
          <w:lang w:eastAsia="zh-TW"/>
        </w:rPr>
        <w:t>)</w:t>
      </w:r>
      <w:r>
        <w:rPr>
          <w:lang w:eastAsia="zh-TW"/>
        </w:rPr>
        <w:t>在發生個人資料被竊取、竄改、毀損、滅失或洩漏事件時，迅速處理，以保護當事人之權益。並將處理方式及結果，向主任管理人提出書面報告。</w:t>
      </w:r>
      <w:r>
        <w:rPr>
          <w:lang w:eastAsia="zh-TW"/>
        </w:rPr>
        <w:t xml:space="preserve"> </w:t>
      </w:r>
    </w:p>
    <w:p w:rsidR="004C1E8C" w:rsidRDefault="000C3429" w:rsidP="006F5E97">
      <w:pPr>
        <w:ind w:left="425" w:hangingChars="193" w:hanging="425"/>
        <w:rPr>
          <w:lang w:eastAsia="zh-TW"/>
        </w:rPr>
      </w:pPr>
      <w:r>
        <w:rPr>
          <w:lang w:eastAsia="zh-TW"/>
        </w:rPr>
        <w:t>(</w:t>
      </w:r>
      <w:r>
        <w:rPr>
          <w:lang w:eastAsia="zh-TW"/>
        </w:rPr>
        <w:t>二</w:t>
      </w:r>
      <w:r>
        <w:rPr>
          <w:lang w:eastAsia="zh-TW"/>
        </w:rPr>
        <w:t>)</w:t>
      </w:r>
      <w:r>
        <w:rPr>
          <w:lang w:eastAsia="zh-TW"/>
        </w:rPr>
        <w:t>依據稽核人員就安全維護計畫執行之評核，於進行檢討改進後，向稽核人員及主任管理人提出書面報告。</w:t>
      </w:r>
      <w:r>
        <w:rPr>
          <w:lang w:eastAsia="zh-TW"/>
        </w:rPr>
        <w:t xml:space="preserve"> </w:t>
      </w:r>
    </w:p>
    <w:p w:rsidR="006F5E97" w:rsidRDefault="006F5E97">
      <w:pPr>
        <w:rPr>
          <w:rFonts w:eastAsia="新細明體"/>
          <w:lang w:eastAsia="zh-TW"/>
        </w:rPr>
      </w:pPr>
    </w:p>
    <w:p w:rsidR="006F5E97" w:rsidRDefault="000C3429">
      <w:pPr>
        <w:rPr>
          <w:rFonts w:eastAsia="新細明體"/>
          <w:lang w:eastAsia="zh-TW"/>
        </w:rPr>
      </w:pPr>
      <w:r>
        <w:rPr>
          <w:lang w:eastAsia="zh-TW"/>
        </w:rPr>
        <w:t>三、個人資料安全維護稽核人員</w:t>
      </w:r>
      <w:r>
        <w:rPr>
          <w:lang w:eastAsia="zh-TW"/>
        </w:rPr>
        <w:t>(</w:t>
      </w:r>
      <w:r>
        <w:rPr>
          <w:lang w:eastAsia="zh-TW"/>
        </w:rPr>
        <w:t>以下簡稱稽核人員</w:t>
      </w:r>
      <w:r>
        <w:rPr>
          <w:lang w:eastAsia="zh-TW"/>
        </w:rPr>
        <w:t>)</w:t>
      </w:r>
      <w:r>
        <w:rPr>
          <w:lang w:eastAsia="zh-TW"/>
        </w:rPr>
        <w:t>：</w:t>
      </w:r>
      <w:r>
        <w:rPr>
          <w:lang w:eastAsia="zh-TW"/>
        </w:rPr>
        <w:t xml:space="preserve"> </w:t>
      </w:r>
    </w:p>
    <w:p w:rsidR="004C1E8C" w:rsidRDefault="000C3429" w:rsidP="006F5E97">
      <w:pPr>
        <w:ind w:leftChars="193" w:left="425"/>
        <w:rPr>
          <w:lang w:eastAsia="zh-TW"/>
        </w:rPr>
      </w:pPr>
      <w:r>
        <w:rPr>
          <w:lang w:eastAsia="zh-TW"/>
        </w:rPr>
        <w:lastRenderedPageBreak/>
        <w:t>由資訊組擔任。每年至少一次，針對各處室</w:t>
      </w:r>
      <w:proofErr w:type="gramStart"/>
      <w:r>
        <w:rPr>
          <w:lang w:eastAsia="zh-TW"/>
        </w:rPr>
        <w:t>個</w:t>
      </w:r>
      <w:proofErr w:type="gramEnd"/>
      <w:r>
        <w:rPr>
          <w:lang w:eastAsia="zh-TW"/>
        </w:rPr>
        <w:t>資安全維護進行稽核，完成稽核表，上簽陳請主任管理人檢閱。</w:t>
      </w:r>
      <w:r>
        <w:rPr>
          <w:lang w:eastAsia="zh-TW"/>
        </w:rPr>
        <w:t xml:space="preserve"> </w:t>
      </w:r>
    </w:p>
    <w:p w:rsidR="004C1E8C" w:rsidRDefault="000C3429">
      <w:pPr>
        <w:rPr>
          <w:lang w:eastAsia="zh-TW"/>
        </w:rPr>
      </w:pPr>
      <w:r>
        <w:rPr>
          <w:lang w:eastAsia="zh-TW"/>
        </w:rPr>
        <w:t>四、本校所有同仁</w:t>
      </w:r>
      <w:r>
        <w:rPr>
          <w:lang w:eastAsia="zh-TW"/>
        </w:rPr>
        <w:t xml:space="preserve"> </w:t>
      </w:r>
    </w:p>
    <w:p w:rsidR="004C1E8C" w:rsidRDefault="000C3429" w:rsidP="006F5E97">
      <w:pPr>
        <w:ind w:firstLineChars="193" w:firstLine="425"/>
        <w:rPr>
          <w:lang w:eastAsia="zh-TW"/>
        </w:rPr>
      </w:pPr>
      <w:r>
        <w:rPr>
          <w:lang w:eastAsia="zh-TW"/>
        </w:rPr>
        <w:t>(</w:t>
      </w:r>
      <w:proofErr w:type="gramStart"/>
      <w:r>
        <w:rPr>
          <w:lang w:eastAsia="zh-TW"/>
        </w:rPr>
        <w:t>一</w:t>
      </w:r>
      <w:proofErr w:type="gramEnd"/>
      <w:r>
        <w:rPr>
          <w:lang w:eastAsia="zh-TW"/>
        </w:rPr>
        <w:t>)</w:t>
      </w:r>
      <w:r>
        <w:rPr>
          <w:lang w:eastAsia="zh-TW"/>
        </w:rPr>
        <w:t>落實個人資料保護相關作業規範。</w:t>
      </w:r>
      <w:r>
        <w:rPr>
          <w:lang w:eastAsia="zh-TW"/>
        </w:rPr>
        <w:t xml:space="preserve"> </w:t>
      </w:r>
    </w:p>
    <w:p w:rsidR="004C1E8C" w:rsidRDefault="000C3429" w:rsidP="006F5E97">
      <w:pPr>
        <w:ind w:firstLineChars="193" w:firstLine="425"/>
        <w:rPr>
          <w:lang w:eastAsia="zh-TW"/>
        </w:rPr>
      </w:pPr>
      <w:r>
        <w:rPr>
          <w:lang w:eastAsia="zh-TW"/>
        </w:rPr>
        <w:t>(</w:t>
      </w:r>
      <w:r>
        <w:rPr>
          <w:lang w:eastAsia="zh-TW"/>
        </w:rPr>
        <w:t>二</w:t>
      </w:r>
      <w:r>
        <w:rPr>
          <w:lang w:eastAsia="zh-TW"/>
        </w:rPr>
        <w:t>)</w:t>
      </w:r>
      <w:r>
        <w:rPr>
          <w:lang w:eastAsia="zh-TW"/>
        </w:rPr>
        <w:t>執行本校各項個人資料保護之決策及交辦事項。</w:t>
      </w:r>
      <w:r>
        <w:rPr>
          <w:lang w:eastAsia="zh-TW"/>
        </w:rPr>
        <w:t xml:space="preserve"> </w:t>
      </w:r>
    </w:p>
    <w:p w:rsidR="004C1E8C" w:rsidRDefault="004C1E8C">
      <w:pPr>
        <w:rPr>
          <w:lang w:eastAsia="zh-TW"/>
        </w:rPr>
      </w:pPr>
    </w:p>
    <w:p w:rsidR="004C1E8C" w:rsidRPr="006F5E97" w:rsidRDefault="000C3429">
      <w:pPr>
        <w:rPr>
          <w:b/>
          <w:sz w:val="32"/>
          <w:lang w:eastAsia="zh-TW"/>
        </w:rPr>
      </w:pPr>
      <w:r w:rsidRPr="006F5E97">
        <w:rPr>
          <w:b/>
          <w:sz w:val="32"/>
          <w:lang w:eastAsia="zh-TW"/>
        </w:rPr>
        <w:t>肆、作業內容</w:t>
      </w:r>
      <w:r w:rsidRPr="006F5E97">
        <w:rPr>
          <w:b/>
          <w:sz w:val="32"/>
          <w:lang w:eastAsia="zh-TW"/>
        </w:rPr>
        <w:t xml:space="preserve"> </w:t>
      </w:r>
    </w:p>
    <w:p w:rsidR="004C1E8C" w:rsidRDefault="000C3429">
      <w:pPr>
        <w:rPr>
          <w:lang w:eastAsia="zh-TW"/>
        </w:rPr>
      </w:pPr>
      <w:r>
        <w:rPr>
          <w:lang w:eastAsia="zh-TW"/>
        </w:rPr>
        <w:t>一、個人資料安全管理</w:t>
      </w:r>
      <w:r>
        <w:rPr>
          <w:lang w:eastAsia="zh-TW"/>
        </w:rPr>
        <w:t xml:space="preserve"> </w:t>
      </w:r>
    </w:p>
    <w:p w:rsidR="004C1E8C" w:rsidRDefault="000C3429" w:rsidP="006F5E97">
      <w:pPr>
        <w:ind w:left="1984" w:hangingChars="902" w:hanging="1984"/>
        <w:rPr>
          <w:lang w:eastAsia="zh-TW"/>
        </w:rPr>
      </w:pPr>
      <w:r>
        <w:rPr>
          <w:lang w:eastAsia="zh-TW"/>
        </w:rPr>
        <w:t>(</w:t>
      </w:r>
      <w:proofErr w:type="gramStart"/>
      <w:r>
        <w:rPr>
          <w:lang w:eastAsia="zh-TW"/>
        </w:rPr>
        <w:t>一</w:t>
      </w:r>
      <w:proofErr w:type="gramEnd"/>
      <w:r>
        <w:rPr>
          <w:lang w:eastAsia="zh-TW"/>
        </w:rPr>
        <w:t>)</w:t>
      </w:r>
      <w:r>
        <w:rPr>
          <w:lang w:eastAsia="zh-TW"/>
        </w:rPr>
        <w:t>個人資料範圍：包含自然人姓名、出生年月日、國民身分證統一</w:t>
      </w:r>
      <w:r>
        <w:rPr>
          <w:lang w:eastAsia="zh-TW"/>
        </w:rPr>
        <w:t xml:space="preserve"> </w:t>
      </w:r>
      <w:r>
        <w:rPr>
          <w:lang w:eastAsia="zh-TW"/>
        </w:rPr>
        <w:t>編號、護照號碼、特徵、指紋、婚姻、家庭、教育、職業、病歷、醫療、基因、性生活、健康檢查、犯罪前科、聯絡方式、財務情</w:t>
      </w:r>
      <w:r>
        <w:rPr>
          <w:lang w:eastAsia="zh-TW"/>
        </w:rPr>
        <w:t xml:space="preserve"> </w:t>
      </w:r>
      <w:proofErr w:type="gramStart"/>
      <w:r>
        <w:rPr>
          <w:lang w:eastAsia="zh-TW"/>
        </w:rPr>
        <w:t>況</w:t>
      </w:r>
      <w:proofErr w:type="gramEnd"/>
      <w:r>
        <w:rPr>
          <w:lang w:eastAsia="zh-TW"/>
        </w:rPr>
        <w:t>、社會活動及其他得以直接或間接方式識別該個人之資料。</w:t>
      </w:r>
      <w:r>
        <w:rPr>
          <w:lang w:eastAsia="zh-TW"/>
        </w:rPr>
        <w:t xml:space="preserve"> </w:t>
      </w:r>
    </w:p>
    <w:p w:rsidR="004C1E8C" w:rsidRDefault="000C3429">
      <w:pPr>
        <w:rPr>
          <w:lang w:eastAsia="zh-TW"/>
        </w:rPr>
      </w:pPr>
      <w:r>
        <w:rPr>
          <w:lang w:eastAsia="zh-TW"/>
        </w:rPr>
        <w:t>(</w:t>
      </w:r>
      <w:r>
        <w:rPr>
          <w:lang w:eastAsia="zh-TW"/>
        </w:rPr>
        <w:t>二</w:t>
      </w:r>
      <w:r>
        <w:rPr>
          <w:lang w:eastAsia="zh-TW"/>
        </w:rPr>
        <w:t>)</w:t>
      </w:r>
      <w:r>
        <w:rPr>
          <w:lang w:eastAsia="zh-TW"/>
        </w:rPr>
        <w:t>執行重點：</w:t>
      </w:r>
      <w:r>
        <w:rPr>
          <w:lang w:eastAsia="zh-TW"/>
        </w:rPr>
        <w:t xml:space="preserve"> </w:t>
      </w:r>
    </w:p>
    <w:p w:rsidR="004C1E8C" w:rsidRDefault="000C3429" w:rsidP="006F5E97">
      <w:pPr>
        <w:ind w:leftChars="194" w:left="709" w:hangingChars="128" w:hanging="282"/>
        <w:rPr>
          <w:lang w:eastAsia="zh-TW"/>
        </w:rPr>
      </w:pPr>
      <w:r>
        <w:rPr>
          <w:lang w:eastAsia="zh-TW"/>
        </w:rPr>
        <w:t xml:space="preserve">1. </w:t>
      </w:r>
      <w:r>
        <w:rPr>
          <w:lang w:eastAsia="zh-TW"/>
        </w:rPr>
        <w:t>蒐集個人資料時應向當事人盡到告知義務，並取得同意。</w:t>
      </w:r>
      <w:r>
        <w:rPr>
          <w:lang w:eastAsia="zh-TW"/>
        </w:rPr>
        <w:t xml:space="preserve"> </w:t>
      </w:r>
    </w:p>
    <w:p w:rsidR="004C1E8C" w:rsidRDefault="000C3429" w:rsidP="006F5E97">
      <w:pPr>
        <w:ind w:leftChars="194" w:left="709" w:hangingChars="128" w:hanging="282"/>
        <w:rPr>
          <w:lang w:eastAsia="zh-TW"/>
        </w:rPr>
      </w:pPr>
      <w:r>
        <w:rPr>
          <w:lang w:eastAsia="zh-TW"/>
        </w:rPr>
        <w:t xml:space="preserve">2. </w:t>
      </w:r>
      <w:r>
        <w:rPr>
          <w:lang w:eastAsia="zh-TW"/>
        </w:rPr>
        <w:t>個人資料之蒐集、處理與利用須評估目的及範圍為適當、相關且不過度。</w:t>
      </w:r>
      <w:r>
        <w:rPr>
          <w:lang w:eastAsia="zh-TW"/>
        </w:rPr>
        <w:t xml:space="preserve"> </w:t>
      </w:r>
    </w:p>
    <w:p w:rsidR="004C1E8C" w:rsidRDefault="000C3429" w:rsidP="006F5E97">
      <w:pPr>
        <w:ind w:leftChars="194" w:left="709" w:hangingChars="128" w:hanging="282"/>
        <w:rPr>
          <w:lang w:eastAsia="zh-TW"/>
        </w:rPr>
      </w:pPr>
      <w:r>
        <w:rPr>
          <w:lang w:eastAsia="zh-TW"/>
        </w:rPr>
        <w:t xml:space="preserve">3. </w:t>
      </w:r>
      <w:r>
        <w:rPr>
          <w:lang w:eastAsia="zh-TW"/>
        </w:rPr>
        <w:t>個人資料存取權限之授權管理，必須依人員執掌角色所需，且以執行業務所必要的最低資源存取授權為限。任何人未經授權不得存取與個人業務無關之個人資料。但因業務執行，需使用他處室保存之個人資料時，應提出申請並簽名，申請書需陳述個人資料保護規定，經業務主管及保存個資之管理人</w:t>
      </w:r>
      <w:r>
        <w:rPr>
          <w:lang w:eastAsia="zh-TW"/>
        </w:rPr>
        <w:t>(</w:t>
      </w:r>
      <w:r>
        <w:rPr>
          <w:lang w:eastAsia="zh-TW"/>
        </w:rPr>
        <w:t>處室主任</w:t>
      </w:r>
      <w:r>
        <w:rPr>
          <w:lang w:eastAsia="zh-TW"/>
        </w:rPr>
        <w:t>)</w:t>
      </w:r>
      <w:r>
        <w:rPr>
          <w:lang w:eastAsia="zh-TW"/>
        </w:rPr>
        <w:t>核准後方可執行。</w:t>
      </w:r>
      <w:r>
        <w:rPr>
          <w:lang w:eastAsia="zh-TW"/>
        </w:rPr>
        <w:t xml:space="preserve"> </w:t>
      </w:r>
    </w:p>
    <w:p w:rsidR="004C1E8C" w:rsidRDefault="000C3429" w:rsidP="006F5E97">
      <w:pPr>
        <w:ind w:leftChars="194" w:left="709" w:hangingChars="128" w:hanging="282"/>
        <w:rPr>
          <w:lang w:eastAsia="zh-TW"/>
        </w:rPr>
      </w:pPr>
      <w:r>
        <w:rPr>
          <w:lang w:eastAsia="zh-TW"/>
        </w:rPr>
        <w:t xml:space="preserve">4. </w:t>
      </w:r>
      <w:r>
        <w:rPr>
          <w:lang w:eastAsia="zh-TW"/>
        </w:rPr>
        <w:t>本校同仁、接觸個人資料之外部人員、委外服務廠商人員於在職</w:t>
      </w:r>
      <w:r>
        <w:rPr>
          <w:lang w:eastAsia="zh-TW"/>
        </w:rPr>
        <w:t xml:space="preserve"> </w:t>
      </w:r>
      <w:r>
        <w:rPr>
          <w:lang w:eastAsia="zh-TW"/>
        </w:rPr>
        <w:t>及離、退職後，均不得洩漏所知悉之機敏資訊，或為不當之使用，否則得視其情節輕重予以處分或追究其民、刑事責任。</w:t>
      </w:r>
      <w:r>
        <w:rPr>
          <w:lang w:eastAsia="zh-TW"/>
        </w:rPr>
        <w:t xml:space="preserve"> </w:t>
      </w:r>
    </w:p>
    <w:p w:rsidR="004C1E8C" w:rsidRDefault="000C3429" w:rsidP="006F5E97">
      <w:pPr>
        <w:ind w:leftChars="194" w:left="709" w:hangingChars="128" w:hanging="282"/>
        <w:rPr>
          <w:lang w:eastAsia="zh-TW"/>
        </w:rPr>
      </w:pPr>
      <w:r>
        <w:rPr>
          <w:lang w:eastAsia="zh-TW"/>
        </w:rPr>
        <w:t xml:space="preserve">5. </w:t>
      </w:r>
      <w:r>
        <w:rPr>
          <w:lang w:eastAsia="zh-TW"/>
        </w:rPr>
        <w:t>存有個人</w:t>
      </w:r>
      <w:proofErr w:type="gramStart"/>
      <w:r>
        <w:rPr>
          <w:lang w:eastAsia="zh-TW"/>
        </w:rPr>
        <w:t>資料之紙本</w:t>
      </w:r>
      <w:proofErr w:type="gramEnd"/>
      <w:r>
        <w:rPr>
          <w:lang w:eastAsia="zh-TW"/>
        </w:rPr>
        <w:t>文件及可攜式儲存媒體，不使用或下班時，應放置於抽屜或</w:t>
      </w:r>
      <w:proofErr w:type="gramStart"/>
      <w:r>
        <w:rPr>
          <w:lang w:eastAsia="zh-TW"/>
        </w:rPr>
        <w:t>儲櫃並</w:t>
      </w:r>
      <w:proofErr w:type="gramEnd"/>
      <w:r>
        <w:rPr>
          <w:lang w:eastAsia="zh-TW"/>
        </w:rPr>
        <w:t>上鎖。</w:t>
      </w:r>
      <w:r>
        <w:rPr>
          <w:lang w:eastAsia="zh-TW"/>
        </w:rPr>
        <w:t xml:space="preserve"> </w:t>
      </w:r>
    </w:p>
    <w:p w:rsidR="004C1E8C" w:rsidRDefault="000C3429" w:rsidP="006F5E97">
      <w:pPr>
        <w:ind w:leftChars="194" w:left="709" w:hangingChars="128" w:hanging="282"/>
        <w:rPr>
          <w:lang w:eastAsia="zh-TW"/>
        </w:rPr>
      </w:pPr>
      <w:r>
        <w:rPr>
          <w:lang w:eastAsia="zh-TW"/>
        </w:rPr>
        <w:t xml:space="preserve">6. </w:t>
      </w:r>
      <w:r>
        <w:rPr>
          <w:lang w:eastAsia="zh-TW"/>
        </w:rPr>
        <w:t>存有個人資料之電腦應設定密碼及密碼登入之螢幕保護程式。</w:t>
      </w:r>
      <w:r>
        <w:rPr>
          <w:lang w:eastAsia="zh-TW"/>
        </w:rPr>
        <w:t xml:space="preserve"> </w:t>
      </w:r>
    </w:p>
    <w:p w:rsidR="004C1E8C" w:rsidRDefault="000C3429" w:rsidP="006F5E97">
      <w:pPr>
        <w:ind w:leftChars="194" w:left="709" w:hangingChars="128" w:hanging="282"/>
        <w:rPr>
          <w:lang w:eastAsia="zh-TW"/>
        </w:rPr>
      </w:pPr>
      <w:r>
        <w:rPr>
          <w:lang w:eastAsia="zh-TW"/>
        </w:rPr>
        <w:t xml:space="preserve">7. </w:t>
      </w:r>
      <w:r>
        <w:rPr>
          <w:lang w:eastAsia="zh-TW"/>
        </w:rPr>
        <w:t>存有個人資料之電腦應只使用正版軟體。</w:t>
      </w:r>
      <w:r>
        <w:rPr>
          <w:lang w:eastAsia="zh-TW"/>
        </w:rPr>
        <w:t xml:space="preserve"> </w:t>
      </w:r>
    </w:p>
    <w:p w:rsidR="004C1E8C" w:rsidRDefault="000C3429" w:rsidP="006F5E97">
      <w:pPr>
        <w:ind w:leftChars="194" w:left="709" w:hangingChars="128" w:hanging="282"/>
        <w:rPr>
          <w:lang w:eastAsia="zh-TW"/>
        </w:rPr>
      </w:pPr>
      <w:r>
        <w:rPr>
          <w:lang w:eastAsia="zh-TW"/>
        </w:rPr>
        <w:lastRenderedPageBreak/>
        <w:t xml:space="preserve">8. </w:t>
      </w:r>
      <w:r>
        <w:rPr>
          <w:lang w:eastAsia="zh-TW"/>
        </w:rPr>
        <w:t>個人資料檔案應建立保存期限，業務終止後或保存規定期限屆滿</w:t>
      </w:r>
      <w:r>
        <w:rPr>
          <w:lang w:eastAsia="zh-TW"/>
        </w:rPr>
        <w:t xml:space="preserve"> </w:t>
      </w:r>
      <w:r>
        <w:rPr>
          <w:lang w:eastAsia="zh-TW"/>
        </w:rPr>
        <w:t>時，個人資料特定目的消失，應報請主任管理人核准後辦理銷毀。進行個人資料銷毀處理應記載處理之時間、地點，並以照相或錄</w:t>
      </w:r>
      <w:r>
        <w:rPr>
          <w:lang w:eastAsia="zh-TW"/>
        </w:rPr>
        <w:t xml:space="preserve"> </w:t>
      </w:r>
      <w:r>
        <w:rPr>
          <w:lang w:eastAsia="zh-TW"/>
        </w:rPr>
        <w:t>影方式留存銷毀紀錄。</w:t>
      </w:r>
      <w:r>
        <w:rPr>
          <w:lang w:eastAsia="zh-TW"/>
        </w:rPr>
        <w:t xml:space="preserve"> </w:t>
      </w:r>
    </w:p>
    <w:p w:rsidR="004C1E8C" w:rsidRDefault="000C3429" w:rsidP="006F5E97">
      <w:pPr>
        <w:ind w:leftChars="194" w:left="709" w:hangingChars="128" w:hanging="282"/>
        <w:rPr>
          <w:lang w:eastAsia="zh-TW"/>
        </w:rPr>
      </w:pPr>
      <w:r>
        <w:rPr>
          <w:lang w:eastAsia="zh-TW"/>
        </w:rPr>
        <w:t xml:space="preserve">9. </w:t>
      </w:r>
      <w:r>
        <w:rPr>
          <w:lang w:eastAsia="zh-TW"/>
        </w:rPr>
        <w:t>本校同仁應保持警覺，留意陌生人員進出辦公環境，若發現身分不明或可疑的人員，應主動詢問其身分，並視需要通知教官、</w:t>
      </w:r>
      <w:proofErr w:type="gramStart"/>
      <w:r>
        <w:rPr>
          <w:lang w:eastAsia="zh-TW"/>
        </w:rPr>
        <w:t>校安或</w:t>
      </w:r>
      <w:proofErr w:type="gramEnd"/>
      <w:r>
        <w:rPr>
          <w:lang w:eastAsia="zh-TW"/>
        </w:rPr>
        <w:t>警衛處理。</w:t>
      </w:r>
      <w:r>
        <w:rPr>
          <w:lang w:eastAsia="zh-TW"/>
        </w:rPr>
        <w:t xml:space="preserve"> </w:t>
      </w:r>
    </w:p>
    <w:p w:rsidR="004C1E8C" w:rsidRDefault="000C3429" w:rsidP="006F5E97">
      <w:pPr>
        <w:ind w:leftChars="194" w:left="709" w:hangingChars="128" w:hanging="282"/>
        <w:rPr>
          <w:lang w:eastAsia="zh-TW"/>
        </w:rPr>
      </w:pPr>
      <w:r>
        <w:rPr>
          <w:lang w:eastAsia="zh-TW"/>
        </w:rPr>
        <w:t xml:space="preserve">10. </w:t>
      </w:r>
      <w:r>
        <w:rPr>
          <w:lang w:eastAsia="zh-TW"/>
        </w:rPr>
        <w:t>每年至少一次辦理內部稽核，並針對無法達成之事項，督促改善，一個月後再次稽核。</w:t>
      </w:r>
      <w:r>
        <w:rPr>
          <w:lang w:eastAsia="zh-TW"/>
        </w:rPr>
        <w:t xml:space="preserve"> </w:t>
      </w:r>
    </w:p>
    <w:p w:rsidR="004C1E8C" w:rsidRDefault="000C3429" w:rsidP="006F5E97">
      <w:pPr>
        <w:ind w:leftChars="194" w:left="709" w:hangingChars="128" w:hanging="282"/>
        <w:rPr>
          <w:lang w:eastAsia="zh-TW"/>
        </w:rPr>
      </w:pPr>
      <w:r>
        <w:rPr>
          <w:lang w:eastAsia="zh-TW"/>
        </w:rPr>
        <w:t xml:space="preserve">11. </w:t>
      </w:r>
      <w:r>
        <w:rPr>
          <w:lang w:eastAsia="zh-TW"/>
        </w:rPr>
        <w:t>留存所有個人資料使用紀錄、機關設備軌跡紀錄、相關證據紀錄至少五年以上。</w:t>
      </w:r>
      <w:r>
        <w:rPr>
          <w:lang w:eastAsia="zh-TW"/>
        </w:rPr>
        <w:t xml:space="preserve"> </w:t>
      </w:r>
    </w:p>
    <w:p w:rsidR="006F5E97" w:rsidRDefault="006F5E97">
      <w:pPr>
        <w:rPr>
          <w:rFonts w:eastAsia="新細明體"/>
          <w:lang w:eastAsia="zh-TW"/>
        </w:rPr>
      </w:pPr>
    </w:p>
    <w:p w:rsidR="004C1E8C" w:rsidRDefault="000C3429">
      <w:pPr>
        <w:rPr>
          <w:lang w:eastAsia="zh-TW"/>
        </w:rPr>
      </w:pPr>
      <w:r>
        <w:rPr>
          <w:lang w:eastAsia="zh-TW"/>
        </w:rPr>
        <w:t>二、事故應變與通報機制</w:t>
      </w:r>
      <w:r>
        <w:rPr>
          <w:lang w:eastAsia="zh-TW"/>
        </w:rPr>
        <w:t xml:space="preserve"> </w:t>
      </w:r>
    </w:p>
    <w:p w:rsidR="004C1E8C" w:rsidRDefault="000C3429" w:rsidP="006F5E97">
      <w:pPr>
        <w:ind w:leftChars="193" w:left="850" w:hangingChars="193" w:hanging="425"/>
        <w:rPr>
          <w:lang w:eastAsia="zh-TW"/>
        </w:rPr>
      </w:pPr>
      <w:r>
        <w:rPr>
          <w:lang w:eastAsia="zh-TW"/>
        </w:rPr>
        <w:t>(</w:t>
      </w:r>
      <w:proofErr w:type="gramStart"/>
      <w:r>
        <w:rPr>
          <w:lang w:eastAsia="zh-TW"/>
        </w:rPr>
        <w:t>一</w:t>
      </w:r>
      <w:proofErr w:type="gramEnd"/>
      <w:r>
        <w:rPr>
          <w:lang w:eastAsia="zh-TW"/>
        </w:rPr>
        <w:t>)</w:t>
      </w:r>
      <w:r>
        <w:rPr>
          <w:lang w:eastAsia="zh-TW"/>
        </w:rPr>
        <w:t>由保管個人資料之處室受理當事人之請求，提供其個人資料之查詢、閱覽、製給複製本。</w:t>
      </w:r>
      <w:r>
        <w:rPr>
          <w:lang w:eastAsia="zh-TW"/>
        </w:rPr>
        <w:t xml:space="preserve"> </w:t>
      </w:r>
    </w:p>
    <w:p w:rsidR="004C1E8C" w:rsidRDefault="000C3429" w:rsidP="006F5E97">
      <w:pPr>
        <w:ind w:leftChars="193" w:left="850" w:hangingChars="193" w:hanging="425"/>
        <w:rPr>
          <w:lang w:eastAsia="zh-TW"/>
        </w:rPr>
      </w:pPr>
      <w:r>
        <w:rPr>
          <w:lang w:eastAsia="zh-TW"/>
        </w:rPr>
        <w:t>(</w:t>
      </w:r>
      <w:r>
        <w:rPr>
          <w:lang w:eastAsia="zh-TW"/>
        </w:rPr>
        <w:t>二</w:t>
      </w:r>
      <w:r>
        <w:rPr>
          <w:lang w:eastAsia="zh-TW"/>
        </w:rPr>
        <w:t>)</w:t>
      </w:r>
      <w:r>
        <w:rPr>
          <w:lang w:eastAsia="zh-TW"/>
        </w:rPr>
        <w:t>當事人對本校處理其個人資料不滿時，可提出申訴，由資訊組收件並轉由學校律師受理。</w:t>
      </w:r>
      <w:r>
        <w:rPr>
          <w:lang w:eastAsia="zh-TW"/>
        </w:rPr>
        <w:t xml:space="preserve"> </w:t>
      </w:r>
    </w:p>
    <w:p w:rsidR="004C1E8C" w:rsidRDefault="000C3429" w:rsidP="006F5E97">
      <w:pPr>
        <w:ind w:leftChars="193" w:left="850" w:hangingChars="193" w:hanging="425"/>
        <w:rPr>
          <w:rFonts w:eastAsia="新細明體"/>
          <w:lang w:eastAsia="zh-TW"/>
        </w:rPr>
      </w:pPr>
      <w:r>
        <w:rPr>
          <w:lang w:eastAsia="zh-TW"/>
        </w:rPr>
        <w:t>(</w:t>
      </w:r>
      <w:r>
        <w:rPr>
          <w:lang w:eastAsia="zh-TW"/>
        </w:rPr>
        <w:t>三</w:t>
      </w:r>
      <w:r>
        <w:rPr>
          <w:lang w:eastAsia="zh-TW"/>
        </w:rPr>
        <w:t>)</w:t>
      </w:r>
      <w:r>
        <w:rPr>
          <w:lang w:eastAsia="zh-TW"/>
        </w:rPr>
        <w:t>於發生個資外</w:t>
      </w:r>
      <w:proofErr w:type="gramStart"/>
      <w:r>
        <w:rPr>
          <w:lang w:eastAsia="zh-TW"/>
        </w:rPr>
        <w:t>洩</w:t>
      </w:r>
      <w:proofErr w:type="gramEnd"/>
      <w:r>
        <w:rPr>
          <w:lang w:eastAsia="zh-TW"/>
        </w:rPr>
        <w:t>事故時，該權責單位應將事故確實記錄，陳報單位主管及主任管理人，若</w:t>
      </w:r>
      <w:proofErr w:type="gramStart"/>
      <w:r>
        <w:rPr>
          <w:lang w:eastAsia="zh-TW"/>
        </w:rPr>
        <w:t>需要則協請</w:t>
      </w:r>
      <w:proofErr w:type="gramEnd"/>
      <w:r>
        <w:rPr>
          <w:lang w:eastAsia="zh-TW"/>
        </w:rPr>
        <w:t>學校律師處理。</w:t>
      </w:r>
      <w:r>
        <w:rPr>
          <w:lang w:eastAsia="zh-TW"/>
        </w:rPr>
        <w:t xml:space="preserve"> </w:t>
      </w:r>
    </w:p>
    <w:p w:rsidR="006F5E97" w:rsidRPr="006F5E97" w:rsidRDefault="006F5E97">
      <w:pPr>
        <w:rPr>
          <w:rFonts w:eastAsia="新細明體"/>
          <w:lang w:eastAsia="zh-TW"/>
        </w:rPr>
      </w:pPr>
    </w:p>
    <w:p w:rsidR="004C1E8C" w:rsidRDefault="000C3429">
      <w:pPr>
        <w:rPr>
          <w:lang w:eastAsia="zh-TW"/>
        </w:rPr>
      </w:pPr>
      <w:r>
        <w:rPr>
          <w:lang w:eastAsia="zh-TW"/>
        </w:rPr>
        <w:t>三、個人資料安全維護認知宣導與教育訓練</w:t>
      </w:r>
      <w:r>
        <w:rPr>
          <w:lang w:eastAsia="zh-TW"/>
        </w:rPr>
        <w:t xml:space="preserve"> </w:t>
      </w:r>
    </w:p>
    <w:p w:rsidR="004C1E8C" w:rsidRDefault="000C3429" w:rsidP="006F5E97">
      <w:pPr>
        <w:ind w:leftChars="193" w:left="425"/>
        <w:rPr>
          <w:lang w:eastAsia="zh-TW"/>
        </w:rPr>
      </w:pPr>
      <w:r>
        <w:rPr>
          <w:lang w:eastAsia="zh-TW"/>
        </w:rPr>
        <w:t>資訊組每年應對本校同仁規劃訓練課程，或派員參加外單位辦理之專業課程，以提升本校同仁個人資料安全保護之認知及警覺意識。</w:t>
      </w:r>
      <w:r>
        <w:rPr>
          <w:lang w:eastAsia="zh-TW"/>
        </w:rPr>
        <w:t xml:space="preserve"> </w:t>
      </w:r>
    </w:p>
    <w:p w:rsidR="000C3429" w:rsidRPr="00356926" w:rsidRDefault="00356926" w:rsidP="00356926">
      <w:pPr>
        <w:rPr>
          <w:b/>
          <w:sz w:val="32"/>
          <w:lang w:eastAsia="zh-TW"/>
        </w:rPr>
      </w:pPr>
      <w:r w:rsidRPr="00356926">
        <w:rPr>
          <w:b/>
          <w:sz w:val="32"/>
          <w:lang w:eastAsia="zh-TW"/>
        </w:rPr>
        <w:t>伍</w:t>
      </w:r>
      <w:r w:rsidRPr="006F5E97">
        <w:rPr>
          <w:b/>
          <w:sz w:val="32"/>
          <w:lang w:eastAsia="zh-TW"/>
        </w:rPr>
        <w:t>、</w:t>
      </w:r>
      <w:r w:rsidR="000C3429" w:rsidRPr="00356926">
        <w:rPr>
          <w:b/>
          <w:sz w:val="32"/>
          <w:lang w:eastAsia="zh-TW"/>
        </w:rPr>
        <w:t>業務終止後之個人資料處理方法</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本校停止辦學後，所保有之個人資料不得繼續使用，並依實際情形</w:t>
      </w:r>
      <w:proofErr w:type="gramStart"/>
      <w:r w:rsidRPr="000C3429">
        <w:rPr>
          <w:rFonts w:ascii="標楷體" w:eastAsia="標楷體" w:hAnsi="標楷體"/>
          <w:sz w:val="28"/>
          <w:lang w:eastAsia="zh-TW"/>
        </w:rPr>
        <w:t>採</w:t>
      </w:r>
      <w:proofErr w:type="gramEnd"/>
      <w:r w:rsidRPr="000C3429">
        <w:rPr>
          <w:rFonts w:ascii="標楷體" w:eastAsia="標楷體" w:hAnsi="標楷體"/>
          <w:sz w:val="28"/>
          <w:lang w:eastAsia="zh-TW"/>
        </w:rPr>
        <w:t>下列方式處理，並留存相關處理紀錄至少五年（勾選或填寫以檢核事項）：</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一、銷毀：銷毀之方法、時間、地點及證明銷毀之方式。</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 書面個人資料</w:t>
      </w:r>
      <w:proofErr w:type="gramStart"/>
      <w:r w:rsidRPr="000C3429">
        <w:rPr>
          <w:rFonts w:ascii="標楷體" w:eastAsia="標楷體" w:hAnsi="標楷體"/>
          <w:sz w:val="28"/>
          <w:lang w:eastAsia="zh-TW"/>
        </w:rPr>
        <w:t>已送碎紙</w:t>
      </w:r>
      <w:proofErr w:type="gramEnd"/>
      <w:r w:rsidRPr="000C3429">
        <w:rPr>
          <w:rFonts w:ascii="標楷體" w:eastAsia="標楷體" w:hAnsi="標楷體"/>
          <w:sz w:val="28"/>
          <w:lang w:eastAsia="zh-TW"/>
        </w:rPr>
        <w:t>機絞碎。</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 儲存於電腦磁碟、磁帶、光碟片、</w:t>
      </w:r>
      <w:proofErr w:type="gramStart"/>
      <w:r w:rsidRPr="000C3429">
        <w:rPr>
          <w:rFonts w:ascii="標楷體" w:eastAsia="標楷體" w:hAnsi="標楷體"/>
          <w:sz w:val="28"/>
          <w:lang w:eastAsia="zh-TW"/>
        </w:rPr>
        <w:t>微縮片</w:t>
      </w:r>
      <w:proofErr w:type="gramEnd"/>
      <w:r w:rsidRPr="000C3429">
        <w:rPr>
          <w:rFonts w:ascii="標楷體" w:eastAsia="標楷體" w:hAnsi="標楷體"/>
          <w:sz w:val="28"/>
          <w:lang w:eastAsia="zh-TW"/>
        </w:rPr>
        <w:t>、積體電路晶片等媒介物之個人資料已格式化刪除資料或以物理方式破壞其功能，如折斷光碟片，擊毀硬碟等。</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 其他：________________________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處理記錄：以上行為應拍照存證（照片需印日期並揭露地點）或錄影存證（影片需有日期並揭露地點）。</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二、移轉：</w:t>
      </w:r>
      <w:proofErr w:type="gramStart"/>
      <w:r w:rsidRPr="000C3429">
        <w:rPr>
          <w:rFonts w:ascii="標楷體" w:eastAsia="標楷體" w:hAnsi="標楷體"/>
          <w:sz w:val="28"/>
          <w:lang w:eastAsia="zh-TW"/>
        </w:rPr>
        <w:t>個</w:t>
      </w:r>
      <w:proofErr w:type="gramEnd"/>
      <w:r w:rsidRPr="000C3429">
        <w:rPr>
          <w:rFonts w:ascii="標楷體" w:eastAsia="標楷體" w:hAnsi="標楷體"/>
          <w:sz w:val="28"/>
          <w:lang w:eastAsia="zh-TW"/>
        </w:rPr>
        <w:t>資移轉之原因、對象、方法、時間、地點及受移轉</w:t>
      </w:r>
      <w:proofErr w:type="gramStart"/>
      <w:r w:rsidRPr="000C3429">
        <w:rPr>
          <w:rFonts w:ascii="標楷體" w:eastAsia="標楷體" w:hAnsi="標楷體"/>
          <w:sz w:val="28"/>
          <w:lang w:eastAsia="zh-TW"/>
        </w:rPr>
        <w:t>對象均需保有</w:t>
      </w:r>
      <w:proofErr w:type="gramEnd"/>
      <w:r w:rsidRPr="000C3429">
        <w:rPr>
          <w:rFonts w:ascii="標楷體" w:eastAsia="標楷體" w:hAnsi="標楷體"/>
          <w:sz w:val="28"/>
          <w:lang w:eastAsia="zh-TW"/>
        </w:rPr>
        <w:t>該項個人資料之合法依據。</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w:t>
      </w:r>
      <w:proofErr w:type="gramStart"/>
      <w:r w:rsidRPr="000C3429">
        <w:rPr>
          <w:rFonts w:ascii="標楷體" w:eastAsia="標楷體" w:hAnsi="標楷體"/>
          <w:sz w:val="28"/>
          <w:lang w:eastAsia="zh-TW"/>
        </w:rPr>
        <w:t>一</w:t>
      </w:r>
      <w:proofErr w:type="gramEnd"/>
      <w:r w:rsidRPr="000C3429">
        <w:rPr>
          <w:rFonts w:ascii="標楷體" w:eastAsia="標楷體" w:hAnsi="標楷體"/>
          <w:sz w:val="28"/>
          <w:lang w:eastAsia="zh-TW"/>
        </w:rPr>
        <w:t>) 移轉之原因： □ 業務需求  □ 其他：________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(二) 移轉之對象：________________________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(三) 移轉之方法： □ 紙本傳遞  □ 以電腦磁碟、磁帶、光碟片、</w:t>
      </w:r>
      <w:proofErr w:type="gramStart"/>
      <w:r w:rsidRPr="000C3429">
        <w:rPr>
          <w:rFonts w:ascii="標楷體" w:eastAsia="標楷體" w:hAnsi="標楷體"/>
          <w:sz w:val="28"/>
          <w:lang w:eastAsia="zh-TW"/>
        </w:rPr>
        <w:t>微縮片</w:t>
      </w:r>
      <w:proofErr w:type="gramEnd"/>
      <w:r w:rsidRPr="000C3429">
        <w:rPr>
          <w:rFonts w:ascii="標楷體" w:eastAsia="標楷體" w:hAnsi="標楷體"/>
          <w:sz w:val="28"/>
          <w:lang w:eastAsia="zh-TW"/>
        </w:rPr>
        <w:t>、積體電路晶片等媒介物傳遞  □ 其他：________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(四) 移轉之時間：中華民國 ____ 年 ____ 月 ____ 日</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(五) 移轉之地點：________________________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(六) 受移轉對象得保有該項個人資料之合法依據：________________________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三、其他刪除、停止處理或利用個人資料：刪除、停止處理或利用之方法、時間或地點。</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w:t>
      </w:r>
      <w:proofErr w:type="gramStart"/>
      <w:r w:rsidRPr="000C3429">
        <w:rPr>
          <w:rFonts w:ascii="標楷體" w:eastAsia="標楷體" w:hAnsi="標楷體"/>
          <w:sz w:val="28"/>
          <w:lang w:eastAsia="zh-TW"/>
        </w:rPr>
        <w:t>一</w:t>
      </w:r>
      <w:proofErr w:type="gramEnd"/>
      <w:r w:rsidRPr="000C3429">
        <w:rPr>
          <w:rFonts w:ascii="標楷體" w:eastAsia="標楷體" w:hAnsi="標楷體"/>
          <w:sz w:val="28"/>
          <w:lang w:eastAsia="zh-TW"/>
        </w:rPr>
        <w:t>) 其他刪除、停止處理或利用之方法：________________________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(二) 其他刪除、停止處理或利用之時間：________________________</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(三) 其他刪除、停止處理或利用之地點：________________________</w:t>
      </w:r>
    </w:p>
    <w:p w:rsidR="00356926" w:rsidRDefault="00356926" w:rsidP="000C3429">
      <w:pPr>
        <w:spacing w:after="0" w:line="240" w:lineRule="auto"/>
        <w:rPr>
          <w:rFonts w:ascii="標楷體" w:eastAsia="標楷體" w:hAnsi="標楷體"/>
          <w:sz w:val="28"/>
          <w:lang w:eastAsia="zh-TW"/>
        </w:rPr>
      </w:pPr>
    </w:p>
    <w:p w:rsidR="00356926" w:rsidRDefault="00356926" w:rsidP="000C3429">
      <w:pPr>
        <w:spacing w:after="0" w:line="240" w:lineRule="auto"/>
        <w:rPr>
          <w:rFonts w:ascii="標楷體" w:eastAsia="標楷體" w:hAnsi="標楷體"/>
          <w:sz w:val="28"/>
          <w:lang w:eastAsia="zh-TW"/>
        </w:rPr>
      </w:pP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本辦法經行政會議通過，陳請校長核准後實施，修正時亦同。</w:t>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br w:type="page"/>
      </w: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學校內部保有及管理個人資料檔案彙整表</w:t>
      </w:r>
    </w:p>
    <w:tbl>
      <w:tblPr>
        <w:tblW w:w="10943"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674"/>
        <w:gridCol w:w="1361"/>
        <w:gridCol w:w="1762"/>
        <w:gridCol w:w="1648"/>
        <w:gridCol w:w="1619"/>
        <w:gridCol w:w="3879"/>
      </w:tblGrid>
      <w:tr w:rsidR="000C3429" w:rsidRPr="000C3429" w:rsidTr="00356926">
        <w:trPr>
          <w:cantSplit/>
          <w:tblHeader/>
          <w:jc w:val="center"/>
        </w:trPr>
        <w:tc>
          <w:tcPr>
            <w:tcW w:w="674" w:type="dxa"/>
            <w:shd w:val="clear" w:color="auto" w:fill="1B365D"/>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NO</w:t>
            </w:r>
          </w:p>
        </w:tc>
        <w:tc>
          <w:tcPr>
            <w:tcW w:w="1361" w:type="dxa"/>
            <w:shd w:val="clear" w:color="auto" w:fill="1B365D"/>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保有單位</w:t>
            </w:r>
          </w:p>
        </w:tc>
        <w:tc>
          <w:tcPr>
            <w:tcW w:w="1762" w:type="dxa"/>
            <w:shd w:val="clear" w:color="auto" w:fill="1B365D"/>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個人資料檔案名稱</w:t>
            </w:r>
          </w:p>
        </w:tc>
        <w:tc>
          <w:tcPr>
            <w:tcW w:w="1648" w:type="dxa"/>
            <w:shd w:val="clear" w:color="auto" w:fill="1B365D"/>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保有依據</w:t>
            </w:r>
          </w:p>
        </w:tc>
        <w:tc>
          <w:tcPr>
            <w:tcW w:w="1619" w:type="dxa"/>
            <w:shd w:val="clear" w:color="auto" w:fill="1B365D"/>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特定目的</w:t>
            </w:r>
          </w:p>
        </w:tc>
        <w:tc>
          <w:tcPr>
            <w:tcW w:w="3879" w:type="dxa"/>
            <w:shd w:val="clear" w:color="auto" w:fill="1B365D"/>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個人資料類別</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教學組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教師授課時數表</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教學組</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教師授課表</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教學組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班級課表</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4</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教學組</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教師監考表</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5</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註冊組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學生學籍資料</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學生學籍管理辦法</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識別類：C001辨識個人者、C002辨識財務者、C003政府資料中之辨識者</w:t>
            </w:r>
            <w:r w:rsidRPr="000C3429">
              <w:rPr>
                <w:rFonts w:ascii="標楷體" w:eastAsia="標楷體" w:hAnsi="標楷體"/>
                <w:sz w:val="28"/>
                <w:lang w:eastAsia="zh-TW"/>
              </w:rPr>
              <w:br/>
              <w:t>特徵類：C011個人描述</w:t>
            </w:r>
            <w:r w:rsidRPr="000C3429">
              <w:rPr>
                <w:rFonts w:ascii="標楷體" w:eastAsia="標楷體" w:hAnsi="標楷體"/>
                <w:sz w:val="28"/>
                <w:lang w:eastAsia="zh-TW"/>
              </w:rPr>
              <w:br/>
              <w:t>家庭情形：C021家庭情形、C023家庭其他成員之細節</w:t>
            </w:r>
            <w:r w:rsidRPr="000C3429">
              <w:rPr>
                <w:rFonts w:ascii="標楷體" w:eastAsia="標楷體" w:hAnsi="標楷體"/>
                <w:sz w:val="28"/>
                <w:lang w:eastAsia="zh-TW"/>
              </w:rPr>
              <w:br/>
              <w:t>社會情況：C031住家及設施、C033移民情形</w:t>
            </w:r>
            <w:r w:rsidRPr="000C3429">
              <w:rPr>
                <w:rFonts w:ascii="標楷體" w:eastAsia="標楷體" w:hAnsi="標楷體"/>
                <w:sz w:val="28"/>
                <w:lang w:eastAsia="zh-TW"/>
              </w:rPr>
              <w:br/>
              <w:t>其他專業：C051學校紀錄、C057學生(員)、應考人紀錄</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6</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註冊組</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歷年畢業校友資料</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w:t>
            </w:r>
            <w:r w:rsidRPr="000C3429">
              <w:rPr>
                <w:rFonts w:ascii="標楷體" w:eastAsia="標楷體" w:hAnsi="標楷體"/>
                <w:sz w:val="28"/>
                <w:lang w:eastAsia="zh-TW"/>
              </w:rPr>
              <w:br/>
              <w:t>家庭情形：C021家庭情形、C023家庭其他成員之細節</w:t>
            </w:r>
            <w:r w:rsidRPr="000C3429">
              <w:rPr>
                <w:rFonts w:ascii="標楷體" w:eastAsia="標楷體" w:hAnsi="標楷體"/>
                <w:sz w:val="28"/>
                <w:lang w:eastAsia="zh-TW"/>
              </w:rPr>
              <w:br/>
              <w:t>社會情況：C031住家及設施、C033移民情形</w:t>
            </w:r>
            <w:r w:rsidRPr="000C3429">
              <w:rPr>
                <w:rFonts w:ascii="標楷體" w:eastAsia="標楷體" w:hAnsi="標楷體"/>
                <w:sz w:val="28"/>
                <w:lang w:eastAsia="zh-TW"/>
              </w:rPr>
              <w:br/>
              <w:t>其他專業：C051學校紀錄、C057學生(員)、應考人紀錄</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7</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註冊組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校務行政系統-成績系統</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w:t>
            </w:r>
            <w:r w:rsidRPr="000C3429">
              <w:rPr>
                <w:rFonts w:ascii="標楷體" w:eastAsia="標楷體" w:hAnsi="標楷體"/>
                <w:sz w:val="28"/>
                <w:lang w:eastAsia="zh-TW"/>
              </w:rPr>
              <w:br/>
              <w:t>教育、考選、技術或其他專業：C051學校紀錄、C057學生(員)、應考人紀錄</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8</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註冊組</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學生各類補助申請書</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依政府各項補助作業要點</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其他專業：C051學校紀錄、C052資格或技術、C057學生(員)、應考人紀錄</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9</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註冊組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學生學籍名冊</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學生學籍管理辦法</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w:t>
            </w:r>
            <w:r w:rsidRPr="000C3429">
              <w:rPr>
                <w:rFonts w:ascii="標楷體" w:eastAsia="標楷體" w:hAnsi="標楷體"/>
                <w:sz w:val="28"/>
                <w:lang w:eastAsia="zh-TW"/>
              </w:rPr>
              <w:br/>
              <w:t>其他專業：C051學校紀錄、C057學生(員)、應考人紀錄</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教務處</w:t>
            </w:r>
            <w:r w:rsidRPr="000C3429">
              <w:rPr>
                <w:rFonts w:ascii="標楷體" w:eastAsia="標楷體" w:hAnsi="標楷體"/>
                <w:sz w:val="28"/>
                <w:lang w:eastAsia="zh-TW"/>
              </w:rPr>
              <w:br/>
              <w:t>註冊組</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學生各項資料申請表</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學生學籍管理辦法</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其他專業：C051學校紀錄、C052資格或技術、C054職業專長、C056著作、C057學生(員)、應考人紀錄</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11</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學務處</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家長會委員通訊錄</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12</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學務處</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學生缺曠課統計表</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w:t>
            </w:r>
            <w:r w:rsidRPr="000C3429">
              <w:rPr>
                <w:rFonts w:ascii="標楷體" w:eastAsia="標楷體" w:hAnsi="標楷體"/>
                <w:sz w:val="28"/>
                <w:lang w:eastAsia="zh-TW"/>
              </w:rPr>
              <w:br/>
              <w:t>教育、考選、技術或其他專業：C051學校紀錄、C052資格或技術</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13</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學務處</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學生獎懲統計表</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w:t>
            </w:r>
            <w:r w:rsidRPr="000C3429">
              <w:rPr>
                <w:rFonts w:ascii="標楷體" w:eastAsia="標楷體" w:hAnsi="標楷體"/>
                <w:sz w:val="28"/>
                <w:lang w:eastAsia="zh-TW"/>
              </w:rPr>
              <w:br/>
              <w:t>教育、考選、技術或其他專業：C051學校紀錄、C052資格或技術</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14</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學務處</w:t>
            </w:r>
            <w:r w:rsidRPr="000C3429">
              <w:rPr>
                <w:rFonts w:ascii="標楷體" w:eastAsia="標楷體" w:hAnsi="標楷體"/>
                <w:sz w:val="28"/>
                <w:lang w:eastAsia="zh-TW"/>
              </w:rPr>
              <w:br/>
              <w:t>健康中心</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學生健康資料卡</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學校衛生法</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064保健醫療服務</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特徵類：C011個人描述、C012身體描述、C013習慣、C111健康紀錄</w:t>
            </w:r>
            <w:r w:rsidRPr="000C3429">
              <w:rPr>
                <w:rFonts w:ascii="標楷體" w:eastAsia="標楷體" w:hAnsi="標楷體"/>
                <w:sz w:val="28"/>
                <w:lang w:eastAsia="zh-TW"/>
              </w:rPr>
              <w:br/>
              <w:t>社會情況：C031住家及設施</w:t>
            </w:r>
            <w:r w:rsidRPr="000C3429">
              <w:rPr>
                <w:rFonts w:ascii="標楷體" w:eastAsia="標楷體" w:hAnsi="標楷體"/>
                <w:sz w:val="28"/>
                <w:lang w:eastAsia="zh-TW"/>
              </w:rPr>
              <w:br/>
              <w:t>教育、考選、技術或其他專業：C051學校紀錄</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學務處</w:t>
            </w:r>
            <w:r w:rsidRPr="000C3429">
              <w:rPr>
                <w:rFonts w:ascii="標楷體" w:eastAsia="標楷體" w:hAnsi="標楷體"/>
                <w:sz w:val="28"/>
                <w:lang w:eastAsia="zh-TW"/>
              </w:rPr>
              <w:br/>
              <w:t>健康中心</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傷病登記表</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064保健醫療服務</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特徵類：C011個人描述、C012身體描述、C013習慣、C111健康紀錄</w:t>
            </w:r>
            <w:r w:rsidRPr="000C3429">
              <w:rPr>
                <w:rFonts w:ascii="標楷體" w:eastAsia="標楷體" w:hAnsi="標楷體"/>
                <w:sz w:val="28"/>
                <w:lang w:eastAsia="zh-TW"/>
              </w:rPr>
              <w:br/>
              <w:t>社會情況：C031住家及設施</w:t>
            </w:r>
            <w:r w:rsidRPr="000C3429">
              <w:rPr>
                <w:rFonts w:ascii="標楷體" w:eastAsia="標楷體" w:hAnsi="標楷體"/>
                <w:sz w:val="28"/>
                <w:lang w:eastAsia="zh-TW"/>
              </w:rPr>
              <w:br/>
              <w:t>教育、考選、技術或其他專業：C051學校紀錄</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16</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學務處</w:t>
            </w:r>
            <w:r w:rsidRPr="000C3429">
              <w:rPr>
                <w:rFonts w:ascii="標楷體" w:eastAsia="標楷體" w:hAnsi="標楷體"/>
                <w:sz w:val="28"/>
                <w:lang w:eastAsia="zh-TW"/>
              </w:rPr>
              <w:br/>
              <w:t>健康中心</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學生重大傷病紀錄</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064保健醫療服務</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特徵類：C011個人描述、C012身體描述、C013習慣、C111健康紀錄</w:t>
            </w:r>
            <w:r w:rsidRPr="000C3429">
              <w:rPr>
                <w:rFonts w:ascii="標楷體" w:eastAsia="標楷體" w:hAnsi="標楷體"/>
                <w:sz w:val="28"/>
                <w:lang w:eastAsia="zh-TW"/>
              </w:rPr>
              <w:br/>
              <w:t>社會情況：C031住家及設施</w:t>
            </w:r>
            <w:r w:rsidRPr="000C3429">
              <w:rPr>
                <w:rFonts w:ascii="標楷體" w:eastAsia="標楷體" w:hAnsi="標楷體"/>
                <w:sz w:val="28"/>
                <w:lang w:eastAsia="zh-TW"/>
              </w:rPr>
              <w:br/>
              <w:t>教育、考選、技術或其他專業：C051學校紀錄</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17</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學務處</w:t>
            </w:r>
            <w:r w:rsidRPr="000C3429">
              <w:rPr>
                <w:rFonts w:ascii="標楷體" w:eastAsia="標楷體" w:hAnsi="標楷體"/>
                <w:sz w:val="28"/>
                <w:lang w:eastAsia="zh-TW"/>
              </w:rPr>
              <w:br/>
              <w:t>生輔組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兵役役男資料</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特徵類：C011個人描述、C012身體描述</w:t>
            </w:r>
            <w:r w:rsidRPr="000C3429">
              <w:rPr>
                <w:rFonts w:ascii="標楷體" w:eastAsia="標楷體" w:hAnsi="標楷體"/>
                <w:sz w:val="28"/>
                <w:lang w:eastAsia="zh-TW"/>
              </w:rPr>
              <w:br/>
              <w:t>社會情況：C031住家及設施</w:t>
            </w:r>
            <w:r w:rsidRPr="000C3429">
              <w:rPr>
                <w:rFonts w:ascii="標楷體" w:eastAsia="標楷體" w:hAnsi="標楷體"/>
                <w:sz w:val="28"/>
                <w:lang w:eastAsia="zh-TW"/>
              </w:rPr>
              <w:br/>
              <w:t>教育、考選、技術或其他專業：C051學校紀錄</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18</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w:t>
            </w:r>
            <w:proofErr w:type="gramStart"/>
            <w:r w:rsidRPr="000C3429">
              <w:rPr>
                <w:rFonts w:ascii="標楷體" w:eastAsia="標楷體" w:hAnsi="標楷體"/>
                <w:sz w:val="28"/>
                <w:lang w:eastAsia="zh-TW"/>
              </w:rPr>
              <w:t>務</w:t>
            </w:r>
            <w:proofErr w:type="gramEnd"/>
            <w:r w:rsidRPr="000C3429">
              <w:rPr>
                <w:rFonts w:ascii="標楷體" w:eastAsia="標楷體" w:hAnsi="標楷體"/>
                <w:sz w:val="28"/>
                <w:lang w:eastAsia="zh-TW"/>
              </w:rPr>
              <w:t>處</w:t>
            </w:r>
            <w:r w:rsidRPr="000C3429">
              <w:rPr>
                <w:rFonts w:ascii="標楷體" w:eastAsia="標楷體" w:hAnsi="標楷體"/>
                <w:sz w:val="28"/>
                <w:lang w:eastAsia="zh-TW"/>
              </w:rPr>
              <w:br/>
            </w:r>
            <w:proofErr w:type="gramStart"/>
            <w:r w:rsidRPr="000C3429">
              <w:rPr>
                <w:rFonts w:ascii="標楷體" w:eastAsia="標楷體" w:hAnsi="標楷體"/>
                <w:sz w:val="28"/>
                <w:lang w:eastAsia="zh-TW"/>
              </w:rPr>
              <w:t>體</w:t>
            </w:r>
            <w:r w:rsidR="00356926">
              <w:rPr>
                <w:rFonts w:ascii="標楷體" w:eastAsia="標楷體" w:hAnsi="標楷體"/>
                <w:sz w:val="28"/>
                <w:lang w:eastAsia="zh-TW"/>
              </w:rPr>
              <w:t>衛</w:t>
            </w:r>
            <w:r w:rsidRPr="000C3429">
              <w:rPr>
                <w:rFonts w:ascii="標楷體" w:eastAsia="標楷體" w:hAnsi="標楷體"/>
                <w:sz w:val="28"/>
                <w:lang w:eastAsia="zh-TW"/>
              </w:rPr>
              <w:t>組</w:t>
            </w:r>
            <w:proofErr w:type="gramEnd"/>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學生體適能資料</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19</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輔導室</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學生輔導資料</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學生輔導法、學生輔導法施行細則</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特徵類：C011個人描述、C012身體描述、C013習慣、C014個性</w:t>
            </w:r>
            <w:r w:rsidRPr="000C3429">
              <w:rPr>
                <w:rFonts w:ascii="標楷體" w:eastAsia="標楷體" w:hAnsi="標楷體"/>
                <w:sz w:val="28"/>
                <w:lang w:eastAsia="zh-TW"/>
              </w:rPr>
              <w:br/>
              <w:t>家庭情形：C021家庭情形、C023家庭其他成員之細節、C024其他社會關係</w:t>
            </w:r>
            <w:r w:rsidRPr="000C3429">
              <w:rPr>
                <w:rFonts w:ascii="標楷體" w:eastAsia="標楷體" w:hAnsi="標楷體"/>
                <w:sz w:val="28"/>
                <w:lang w:eastAsia="zh-TW"/>
              </w:rPr>
              <w:br/>
              <w:t>社會情況：C035休閒活動與興趣</w:t>
            </w:r>
            <w:r w:rsidRPr="000C3429">
              <w:rPr>
                <w:rFonts w:ascii="標楷體" w:eastAsia="標楷體" w:hAnsi="標楷體"/>
                <w:sz w:val="28"/>
                <w:lang w:eastAsia="zh-TW"/>
              </w:rPr>
              <w:br/>
              <w:t>教育、考選、技術或其他專業：C057學生(員)、應考人紀錄</w:t>
            </w:r>
            <w:r w:rsidRPr="000C3429">
              <w:rPr>
                <w:rFonts w:ascii="標楷體" w:eastAsia="標楷體" w:hAnsi="標楷體"/>
                <w:sz w:val="28"/>
                <w:lang w:eastAsia="zh-TW"/>
              </w:rPr>
              <w:br/>
              <w:t>健康與其他：C111健康紀錄(醫療報告、診斷紀錄、身心障礙等級及手冊證號等)、C120宗教信仰、C121其他信仰</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20</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輔導室</w:t>
            </w:r>
          </w:p>
        </w:tc>
        <w:tc>
          <w:tcPr>
            <w:tcW w:w="1762" w:type="dxa"/>
            <w:shd w:val="clear" w:color="auto" w:fill="FFFFFF"/>
          </w:tcPr>
          <w:p w:rsidR="000C3429" w:rsidRPr="000C3429" w:rsidRDefault="000C3429" w:rsidP="00356926">
            <w:pPr>
              <w:spacing w:after="0" w:line="240" w:lineRule="auto"/>
              <w:rPr>
                <w:rFonts w:ascii="標楷體" w:eastAsia="標楷體" w:hAnsi="標楷體"/>
                <w:sz w:val="28"/>
                <w:lang w:eastAsia="zh-TW"/>
              </w:rPr>
            </w:pPr>
            <w:r w:rsidRPr="000C3429">
              <w:rPr>
                <w:rFonts w:ascii="標楷體" w:eastAsia="標楷體" w:hAnsi="標楷體"/>
                <w:sz w:val="28"/>
                <w:lang w:eastAsia="zh-TW"/>
              </w:rPr>
              <w:t>校務行政系統-輔導處(國中部)</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學生輔導法、學生輔導法施行細則</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158學生(員)(</w:t>
            </w:r>
            <w:proofErr w:type="gramStart"/>
            <w:r w:rsidRPr="000C3429">
              <w:rPr>
                <w:rFonts w:ascii="標楷體" w:eastAsia="標楷體" w:hAnsi="標楷體"/>
                <w:sz w:val="28"/>
                <w:lang w:eastAsia="zh-TW"/>
              </w:rPr>
              <w:t>含畢</w:t>
            </w:r>
            <w:proofErr w:type="gramEnd"/>
            <w:r w:rsidRPr="000C3429">
              <w:rPr>
                <w:rFonts w:ascii="標楷體" w:eastAsia="標楷體" w:hAnsi="標楷體"/>
                <w:sz w:val="28"/>
                <w:lang w:eastAsia="zh-TW"/>
              </w:rPr>
              <w:t>、結業生)資料管理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特徵類：C011個人描述、C012身體描述、C013習慣、C014個性</w:t>
            </w:r>
            <w:r w:rsidRPr="000C3429">
              <w:rPr>
                <w:rFonts w:ascii="標楷體" w:eastAsia="標楷體" w:hAnsi="標楷體"/>
                <w:sz w:val="28"/>
                <w:lang w:eastAsia="zh-TW"/>
              </w:rPr>
              <w:br/>
              <w:t>家庭情形：C021家庭情形、C023家庭其他成員之細節、C024其他社會關係</w:t>
            </w:r>
            <w:r w:rsidRPr="000C3429">
              <w:rPr>
                <w:rFonts w:ascii="標楷體" w:eastAsia="標楷體" w:hAnsi="標楷體"/>
                <w:sz w:val="28"/>
                <w:lang w:eastAsia="zh-TW"/>
              </w:rPr>
              <w:br/>
              <w:t>社會情況：C035休閒活動與興趣</w:t>
            </w:r>
            <w:r w:rsidRPr="000C3429">
              <w:rPr>
                <w:rFonts w:ascii="標楷體" w:eastAsia="標楷體" w:hAnsi="標楷體"/>
                <w:sz w:val="28"/>
                <w:lang w:eastAsia="zh-TW"/>
              </w:rPr>
              <w:br/>
              <w:t>教育、考選、技術或其他專業：C057學生(員)、應考人紀錄</w:t>
            </w:r>
            <w:r w:rsidRPr="000C3429">
              <w:rPr>
                <w:rFonts w:ascii="標楷體" w:eastAsia="標楷體" w:hAnsi="標楷體"/>
                <w:sz w:val="28"/>
                <w:lang w:eastAsia="zh-TW"/>
              </w:rPr>
              <w:br/>
              <w:t>健康與其他：C111健康紀錄、C120宗教信仰、C121其他信仰</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21</w:t>
            </w:r>
          </w:p>
        </w:tc>
        <w:tc>
          <w:tcPr>
            <w:tcW w:w="1361" w:type="dxa"/>
            <w:shd w:val="clear" w:color="auto" w:fill="F9FAFB"/>
          </w:tcPr>
          <w:p w:rsidR="00356926" w:rsidRDefault="00356926" w:rsidP="00356926">
            <w:pPr>
              <w:spacing w:after="0" w:line="240" w:lineRule="auto"/>
              <w:rPr>
                <w:rFonts w:ascii="標楷體" w:eastAsia="標楷體" w:hAnsi="標楷體"/>
                <w:sz w:val="28"/>
                <w:lang w:eastAsia="zh-TW"/>
              </w:rPr>
            </w:pPr>
            <w:r>
              <w:rPr>
                <w:rFonts w:ascii="標楷體" w:eastAsia="標楷體" w:hAnsi="標楷體"/>
                <w:sz w:val="28"/>
                <w:lang w:eastAsia="zh-TW"/>
              </w:rPr>
              <w:t>總務處</w:t>
            </w:r>
          </w:p>
          <w:p w:rsidR="000C3429" w:rsidRPr="000C3429" w:rsidRDefault="00356926" w:rsidP="00356926">
            <w:pPr>
              <w:spacing w:after="0" w:line="240" w:lineRule="auto"/>
              <w:rPr>
                <w:rFonts w:ascii="標楷體" w:eastAsia="標楷體" w:hAnsi="標楷體"/>
                <w:sz w:val="28"/>
                <w:lang w:eastAsia="zh-TW"/>
              </w:rPr>
            </w:pPr>
            <w:r>
              <w:rPr>
                <w:rFonts w:ascii="標楷體" w:eastAsia="標楷體" w:hAnsi="標楷體"/>
                <w:sz w:val="28"/>
                <w:lang w:eastAsia="zh-TW"/>
              </w:rPr>
              <w:t>資訊組</w:t>
            </w:r>
            <w:r w:rsidR="000C3429" w:rsidRPr="000C3429">
              <w:rPr>
                <w:rFonts w:ascii="標楷體" w:eastAsia="標楷體" w:hAnsi="標楷體"/>
                <w:sz w:val="28"/>
                <w:lang w:eastAsia="zh-TW"/>
              </w:rPr>
              <w:br/>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委外廠商保密切結書</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資訊安全管理作業要點</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137資訊安全與管理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C054職業專長、C061現行之受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22</w:t>
            </w:r>
          </w:p>
        </w:tc>
        <w:tc>
          <w:tcPr>
            <w:tcW w:w="1361" w:type="dxa"/>
            <w:shd w:val="clear" w:color="auto" w:fill="FFFFFF"/>
          </w:tcPr>
          <w:p w:rsidR="00356926" w:rsidRDefault="00356926" w:rsidP="000C3429">
            <w:pPr>
              <w:spacing w:after="0" w:line="240" w:lineRule="auto"/>
              <w:rPr>
                <w:rFonts w:ascii="標楷體" w:eastAsia="標楷體" w:hAnsi="標楷體"/>
                <w:sz w:val="28"/>
                <w:lang w:eastAsia="zh-TW"/>
              </w:rPr>
            </w:pPr>
            <w:r>
              <w:rPr>
                <w:rFonts w:ascii="標楷體" w:eastAsia="標楷體" w:hAnsi="標楷體"/>
                <w:sz w:val="28"/>
                <w:lang w:eastAsia="zh-TW"/>
              </w:rPr>
              <w:t>總務處</w:t>
            </w:r>
          </w:p>
          <w:p w:rsidR="000C3429" w:rsidRPr="000C3429" w:rsidRDefault="00356926" w:rsidP="000C3429">
            <w:pPr>
              <w:spacing w:after="0" w:line="240" w:lineRule="auto"/>
              <w:rPr>
                <w:rFonts w:ascii="標楷體" w:eastAsia="標楷體" w:hAnsi="標楷體"/>
                <w:sz w:val="28"/>
                <w:lang w:eastAsia="zh-TW"/>
              </w:rPr>
            </w:pPr>
            <w:r>
              <w:rPr>
                <w:rFonts w:ascii="標楷體" w:eastAsia="標楷體" w:hAnsi="標楷體"/>
                <w:sz w:val="28"/>
                <w:lang w:eastAsia="zh-TW"/>
              </w:rPr>
              <w:t>資訊組</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網頁伺服器後台管理</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資訊安全管理作業要點</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137資訊安全與管理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情形、C073安全細節</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23</w:t>
            </w:r>
          </w:p>
        </w:tc>
        <w:tc>
          <w:tcPr>
            <w:tcW w:w="1361" w:type="dxa"/>
            <w:shd w:val="clear" w:color="auto" w:fill="F9FAFB"/>
          </w:tcPr>
          <w:p w:rsidR="00356926" w:rsidRDefault="00356926" w:rsidP="00356926">
            <w:pPr>
              <w:spacing w:after="0" w:line="240" w:lineRule="auto"/>
              <w:rPr>
                <w:rFonts w:ascii="標楷體" w:eastAsia="標楷體" w:hAnsi="標楷體"/>
                <w:sz w:val="28"/>
                <w:lang w:eastAsia="zh-TW"/>
              </w:rPr>
            </w:pPr>
            <w:r>
              <w:rPr>
                <w:rFonts w:ascii="標楷體" w:eastAsia="標楷體" w:hAnsi="標楷體"/>
                <w:sz w:val="28"/>
                <w:lang w:eastAsia="zh-TW"/>
              </w:rPr>
              <w:t>總務處</w:t>
            </w:r>
          </w:p>
          <w:p w:rsidR="000C3429" w:rsidRPr="000C3429" w:rsidRDefault="00356926" w:rsidP="00356926">
            <w:pPr>
              <w:spacing w:after="0" w:line="240" w:lineRule="auto"/>
              <w:rPr>
                <w:rFonts w:ascii="標楷體" w:eastAsia="標楷體" w:hAnsi="標楷體"/>
                <w:sz w:val="28"/>
                <w:lang w:eastAsia="zh-TW"/>
              </w:rPr>
            </w:pPr>
            <w:r>
              <w:rPr>
                <w:rFonts w:ascii="標楷體" w:eastAsia="標楷體" w:hAnsi="標楷體"/>
                <w:sz w:val="28"/>
                <w:lang w:eastAsia="zh-TW"/>
              </w:rPr>
              <w:t>資訊組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帳號密碼異動申請</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資訊安全管理作業要點</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137資訊安全與管理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r w:rsidRPr="000C3429">
              <w:rPr>
                <w:rFonts w:ascii="標楷體" w:eastAsia="標楷體" w:hAnsi="標楷體"/>
                <w:sz w:val="28"/>
                <w:lang w:eastAsia="zh-TW"/>
              </w:rPr>
              <w:br/>
              <w:t>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情形、C073安全細節</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24</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總務處</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防護團編組人員</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民防團隊編組訓練演習服勤及支援軍事勤務辦法</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172其他公共部門執行相關業務</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家庭情形：C031住家及設施</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25</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總務處</w:t>
            </w:r>
            <w:r>
              <w:rPr>
                <w:rFonts w:ascii="標楷體" w:eastAsia="標楷體" w:hAnsi="標楷體" w:hint="eastAsia"/>
                <w:sz w:val="28"/>
                <w:lang w:eastAsia="zh-TW"/>
              </w:rPr>
              <w:br/>
              <w:t>文書組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電子公文管理系統</w:t>
            </w:r>
          </w:p>
        </w:tc>
        <w:tc>
          <w:tcPr>
            <w:tcW w:w="1648" w:type="dxa"/>
            <w:shd w:val="clear" w:color="auto" w:fill="F9FAFB"/>
          </w:tcPr>
          <w:p w:rsidR="000C3429" w:rsidRPr="000C3429" w:rsidRDefault="00E92B02" w:rsidP="000C3429">
            <w:pPr>
              <w:spacing w:after="0" w:line="240" w:lineRule="auto"/>
              <w:rPr>
                <w:rFonts w:ascii="標楷體" w:eastAsia="標楷體" w:hAnsi="標楷體"/>
                <w:sz w:val="28"/>
                <w:lang w:eastAsia="zh-TW"/>
              </w:rPr>
            </w:pPr>
            <w:r>
              <w:rPr>
                <w:rFonts w:ascii="標楷體" w:eastAsia="標楷體" w:hAnsi="標楷體" w:hint="eastAsia"/>
                <w:sz w:val="28"/>
                <w:lang w:eastAsia="zh-TW"/>
              </w:rPr>
              <w:t>未來學校財團法人</w:t>
            </w:r>
            <w:proofErr w:type="gramStart"/>
            <w:r>
              <w:rPr>
                <w:rFonts w:ascii="標楷體" w:eastAsia="標楷體" w:hAnsi="標楷體" w:hint="eastAsia"/>
                <w:sz w:val="28"/>
                <w:lang w:eastAsia="zh-TW"/>
              </w:rPr>
              <w:t>臺</w:t>
            </w:r>
            <w:proofErr w:type="gramEnd"/>
            <w:r>
              <w:rPr>
                <w:rFonts w:ascii="標楷體" w:eastAsia="標楷體" w:hAnsi="標楷體" w:hint="eastAsia"/>
                <w:sz w:val="28"/>
                <w:lang w:eastAsia="zh-TW"/>
              </w:rPr>
              <w:t>東縣私立育仁國民中學</w:t>
            </w:r>
            <w:r w:rsidR="003F2D71">
              <w:rPr>
                <w:rFonts w:ascii="標楷體" w:eastAsia="標楷體" w:hAnsi="標楷體"/>
                <w:sz w:val="28"/>
                <w:lang w:eastAsia="zh-TW"/>
              </w:rPr>
              <w:t>個人資料檔案安全維護計畫</w:t>
            </w:r>
            <w:r w:rsidR="000C3429" w:rsidRPr="000C3429">
              <w:rPr>
                <w:rFonts w:ascii="標楷體" w:eastAsia="標楷體" w:hAnsi="標楷體"/>
                <w:sz w:val="28"/>
                <w:lang w:eastAsia="zh-TW"/>
              </w:rPr>
              <w:t>辦法</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136資(通)訊與資料庫管理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26</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總務處</w:t>
            </w:r>
            <w:r w:rsidRPr="000C3429">
              <w:rPr>
                <w:rFonts w:ascii="標楷體" w:eastAsia="標楷體" w:hAnsi="標楷體"/>
                <w:sz w:val="28"/>
                <w:lang w:eastAsia="zh-TW"/>
              </w:rPr>
              <w:br/>
              <w:t>出納組</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教職員工薪津、各類補助及鐘點費</w:t>
            </w:r>
            <w:proofErr w:type="gramStart"/>
            <w:r w:rsidRPr="000C3429">
              <w:rPr>
                <w:rFonts w:ascii="標楷體" w:eastAsia="標楷體" w:hAnsi="標楷體"/>
                <w:sz w:val="28"/>
                <w:lang w:eastAsia="zh-TW"/>
              </w:rPr>
              <w:t>核發暨轉存</w:t>
            </w:r>
            <w:proofErr w:type="gramEnd"/>
            <w:r w:rsidRPr="000C3429">
              <w:rPr>
                <w:rFonts w:ascii="標楷體" w:eastAsia="標楷體" w:hAnsi="標楷體"/>
                <w:sz w:val="28"/>
                <w:lang w:eastAsia="zh-TW"/>
              </w:rPr>
              <w:t>清冊</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情形：C068薪資與預扣款</w:t>
            </w:r>
            <w:r w:rsidRPr="000C3429">
              <w:rPr>
                <w:rFonts w:ascii="標楷體" w:eastAsia="標楷體" w:hAnsi="標楷體"/>
                <w:sz w:val="28"/>
                <w:lang w:eastAsia="zh-TW"/>
              </w:rPr>
              <w:br/>
              <w:t>財務細節：C093財務交易</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27</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總務處</w:t>
            </w:r>
            <w:r w:rsidRPr="000C3429">
              <w:rPr>
                <w:rFonts w:ascii="標楷體" w:eastAsia="標楷體" w:hAnsi="標楷體"/>
                <w:sz w:val="28"/>
                <w:lang w:eastAsia="zh-TW"/>
              </w:rPr>
              <w:br/>
              <w:t>出納組</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學生獎助學金及退費</w:t>
            </w:r>
            <w:proofErr w:type="gramStart"/>
            <w:r w:rsidRPr="000C3429">
              <w:rPr>
                <w:rFonts w:ascii="標楷體" w:eastAsia="標楷體" w:hAnsi="標楷體"/>
                <w:sz w:val="28"/>
                <w:lang w:eastAsia="zh-TW"/>
              </w:rPr>
              <w:t>核發暨轉存</w:t>
            </w:r>
            <w:proofErr w:type="gramEnd"/>
            <w:r w:rsidRPr="000C3429">
              <w:rPr>
                <w:rFonts w:ascii="標楷體" w:eastAsia="標楷體" w:hAnsi="標楷體"/>
                <w:sz w:val="28"/>
                <w:lang w:eastAsia="zh-TW"/>
              </w:rPr>
              <w:t>清冊</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財務細節：C093財務交易</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28</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會計室</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會計憑證</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會計法</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129會計與相關服務</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識別類：C001辨識個人者、C002辨識財務者、C003政府資料中之辨識者</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29</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保密切結書</w:t>
            </w:r>
          </w:p>
        </w:tc>
        <w:tc>
          <w:tcPr>
            <w:tcW w:w="1648" w:type="dxa"/>
            <w:shd w:val="clear" w:color="auto" w:fill="F9FAFB"/>
          </w:tcPr>
          <w:p w:rsidR="000C3429" w:rsidRPr="000C3429" w:rsidRDefault="00E92B02" w:rsidP="000C3429">
            <w:pPr>
              <w:spacing w:after="0" w:line="240" w:lineRule="auto"/>
              <w:rPr>
                <w:rFonts w:ascii="標楷體" w:eastAsia="標楷體" w:hAnsi="標楷體"/>
                <w:sz w:val="28"/>
                <w:lang w:eastAsia="zh-TW"/>
              </w:rPr>
            </w:pPr>
            <w:r>
              <w:rPr>
                <w:rFonts w:ascii="標楷體" w:eastAsia="標楷體" w:hAnsi="標楷體" w:hint="eastAsia"/>
                <w:sz w:val="28"/>
                <w:lang w:eastAsia="zh-TW"/>
              </w:rPr>
              <w:t>未來學校財團法人</w:t>
            </w:r>
            <w:proofErr w:type="gramStart"/>
            <w:r>
              <w:rPr>
                <w:rFonts w:ascii="標楷體" w:eastAsia="標楷體" w:hAnsi="標楷體" w:hint="eastAsia"/>
                <w:sz w:val="28"/>
                <w:lang w:eastAsia="zh-TW"/>
              </w:rPr>
              <w:t>臺</w:t>
            </w:r>
            <w:proofErr w:type="gramEnd"/>
            <w:r>
              <w:rPr>
                <w:rFonts w:ascii="標楷體" w:eastAsia="標楷體" w:hAnsi="標楷體" w:hint="eastAsia"/>
                <w:sz w:val="28"/>
                <w:lang w:eastAsia="zh-TW"/>
              </w:rPr>
              <w:t>東縣私立育仁國民中學</w:t>
            </w:r>
            <w:r w:rsidR="000C3429" w:rsidRPr="000C3429">
              <w:rPr>
                <w:rFonts w:ascii="標楷體" w:eastAsia="標楷體" w:hAnsi="標楷體"/>
                <w:sz w:val="28"/>
                <w:lang w:eastAsia="zh-TW"/>
              </w:rPr>
              <w:t>個人資料檔案安全維護計畫</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109教育或訓練行政</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30</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差勤資料</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識別類：C001識別個人者</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情形、C064工作經驗、C065工作、差勤紀錄</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31</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兼任教師履歷資料</w:t>
            </w:r>
          </w:p>
        </w:tc>
        <w:tc>
          <w:tcPr>
            <w:tcW w:w="1648" w:type="dxa"/>
            <w:shd w:val="clear" w:color="auto" w:fill="F9FAFB"/>
          </w:tcPr>
          <w:p w:rsidR="000C3429" w:rsidRPr="000C3429" w:rsidRDefault="00E92B02" w:rsidP="000C3429">
            <w:pPr>
              <w:spacing w:after="0" w:line="240" w:lineRule="auto"/>
              <w:rPr>
                <w:rFonts w:ascii="標楷體" w:eastAsia="標楷體" w:hAnsi="標楷體"/>
                <w:sz w:val="28"/>
                <w:lang w:eastAsia="zh-TW"/>
              </w:rPr>
            </w:pPr>
            <w:r>
              <w:rPr>
                <w:rFonts w:ascii="標楷體" w:eastAsia="標楷體" w:hAnsi="標楷體" w:hint="eastAsia"/>
                <w:sz w:val="28"/>
                <w:lang w:eastAsia="zh-TW"/>
              </w:rPr>
              <w:t>未來學校財團法人</w:t>
            </w:r>
            <w:proofErr w:type="gramStart"/>
            <w:r>
              <w:rPr>
                <w:rFonts w:ascii="標楷體" w:eastAsia="標楷體" w:hAnsi="標楷體" w:hint="eastAsia"/>
                <w:sz w:val="28"/>
                <w:lang w:eastAsia="zh-TW"/>
              </w:rPr>
              <w:t>臺</w:t>
            </w:r>
            <w:proofErr w:type="gramEnd"/>
            <w:r>
              <w:rPr>
                <w:rFonts w:ascii="標楷體" w:eastAsia="標楷體" w:hAnsi="標楷體" w:hint="eastAsia"/>
                <w:sz w:val="28"/>
                <w:lang w:eastAsia="zh-TW"/>
              </w:rPr>
              <w:t>東縣私立育仁國民中學</w:t>
            </w:r>
            <w:r w:rsidR="000C3429" w:rsidRPr="000C3429">
              <w:rPr>
                <w:rFonts w:ascii="標楷體" w:eastAsia="標楷體" w:hAnsi="標楷體"/>
                <w:sz w:val="28"/>
                <w:lang w:eastAsia="zh-TW"/>
              </w:rPr>
              <w:t>個人資料檔案安全維護計畫</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家庭情形：C021家庭情形</w:t>
            </w:r>
            <w:r w:rsidRPr="000C3429">
              <w:rPr>
                <w:rFonts w:ascii="標楷體" w:eastAsia="標楷體" w:hAnsi="標楷體"/>
                <w:sz w:val="28"/>
                <w:lang w:eastAsia="zh-TW"/>
              </w:rPr>
              <w:br/>
              <w:t>其他專業：C052資格或技術</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32</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教職員工履歷資料</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1.私立學校法</w:t>
            </w:r>
            <w:r w:rsidRPr="000C3429">
              <w:rPr>
                <w:rFonts w:ascii="標楷體" w:eastAsia="標楷體" w:hAnsi="標楷體"/>
                <w:sz w:val="28"/>
                <w:lang w:eastAsia="zh-TW"/>
              </w:rPr>
              <w:br/>
              <w:t>2.教育人員任用條例暨其施行細則</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特徵類：C012個人描述</w:t>
            </w:r>
            <w:r w:rsidRPr="000C3429">
              <w:rPr>
                <w:rFonts w:ascii="標楷體" w:eastAsia="標楷體" w:hAnsi="標楷體"/>
                <w:sz w:val="28"/>
                <w:lang w:eastAsia="zh-TW"/>
              </w:rPr>
              <w:br/>
              <w:t>家庭情形：C021家庭情形、C023家庭其他成員之細節</w:t>
            </w:r>
            <w:r w:rsidRPr="000C3429">
              <w:rPr>
                <w:rFonts w:ascii="標楷體" w:eastAsia="標楷體" w:hAnsi="標楷體"/>
                <w:sz w:val="28"/>
                <w:lang w:eastAsia="zh-TW"/>
              </w:rPr>
              <w:br/>
              <w:t>社會情況：C031住家及設施、C033移民情形、C038職業、C039執照或其他許可</w:t>
            </w:r>
            <w:r w:rsidRPr="000C3429">
              <w:rPr>
                <w:rFonts w:ascii="標楷體" w:eastAsia="標楷體" w:hAnsi="標楷體"/>
                <w:sz w:val="28"/>
                <w:lang w:eastAsia="zh-TW"/>
              </w:rPr>
              <w:br/>
              <w:t>其他專業：C051學校紀錄、C052資格或技術、C054職業專長、C056著作、C057學生紀錄</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情形、C062僱用經過、C063離職經過、C064工作經驗、C065工作差勤紀錄、C068薪資與預扣款、C071工作之評估細節、C072受訓紀錄</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lastRenderedPageBreak/>
              <w:t>33</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教師之甄選、聘用、敘薪</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1.私立學校法</w:t>
            </w:r>
            <w:r w:rsidRPr="000C3429">
              <w:rPr>
                <w:rFonts w:ascii="標楷體" w:eastAsia="標楷體" w:hAnsi="標楷體"/>
                <w:sz w:val="28"/>
                <w:lang w:eastAsia="zh-TW"/>
              </w:rPr>
              <w:br/>
              <w:t>2.教育人員任用條例暨其施行細則</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特徵類：C012個人描述</w:t>
            </w:r>
            <w:r w:rsidRPr="000C3429">
              <w:rPr>
                <w:rFonts w:ascii="標楷體" w:eastAsia="標楷體" w:hAnsi="標楷體"/>
                <w:sz w:val="28"/>
                <w:lang w:eastAsia="zh-TW"/>
              </w:rPr>
              <w:br/>
              <w:t>其他專業：C051學校紀錄、C052資格或技術</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情形、C063離職經過、C068薪資與預扣款</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34</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退休撫卹資料</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1.私立學校法</w:t>
            </w:r>
            <w:r w:rsidRPr="000C3429">
              <w:rPr>
                <w:rFonts w:ascii="標楷體" w:eastAsia="標楷體" w:hAnsi="標楷體"/>
                <w:sz w:val="28"/>
                <w:lang w:eastAsia="zh-TW"/>
              </w:rPr>
              <w:br/>
              <w:t>2.學校法人及其所屬私立學校教職員退休撫</w:t>
            </w:r>
            <w:proofErr w:type="gramStart"/>
            <w:r w:rsidRPr="000C3429">
              <w:rPr>
                <w:rFonts w:ascii="標楷體" w:eastAsia="標楷體" w:hAnsi="標楷體"/>
                <w:sz w:val="28"/>
                <w:lang w:eastAsia="zh-TW"/>
              </w:rPr>
              <w:t>卹</w:t>
            </w:r>
            <w:proofErr w:type="gramEnd"/>
            <w:r w:rsidRPr="000C3429">
              <w:rPr>
                <w:rFonts w:ascii="標楷體" w:eastAsia="標楷體" w:hAnsi="標楷體"/>
                <w:sz w:val="28"/>
                <w:lang w:eastAsia="zh-TW"/>
              </w:rPr>
              <w:t>離職資遣條例</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r w:rsidRPr="000C3429">
              <w:rPr>
                <w:rFonts w:ascii="標楷體" w:eastAsia="標楷體" w:hAnsi="標楷體"/>
                <w:sz w:val="28"/>
                <w:lang w:eastAsia="zh-TW"/>
              </w:rPr>
              <w:br/>
              <w:t>特徵類：C011個人描述</w:t>
            </w:r>
            <w:r w:rsidRPr="000C3429">
              <w:rPr>
                <w:rFonts w:ascii="標楷體" w:eastAsia="標楷體" w:hAnsi="標楷體"/>
                <w:sz w:val="28"/>
                <w:lang w:eastAsia="zh-TW"/>
              </w:rPr>
              <w:br/>
              <w:t>家庭情形：C021家庭情形</w:t>
            </w:r>
            <w:r w:rsidRPr="000C3429">
              <w:rPr>
                <w:rFonts w:ascii="標楷體" w:eastAsia="標楷體" w:hAnsi="標楷體"/>
                <w:sz w:val="28"/>
                <w:lang w:eastAsia="zh-TW"/>
              </w:rPr>
              <w:br/>
              <w:t>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情形：C061現行之受</w:t>
            </w:r>
            <w:proofErr w:type="gramStart"/>
            <w:r w:rsidRPr="000C3429">
              <w:rPr>
                <w:rFonts w:ascii="標楷體" w:eastAsia="標楷體" w:hAnsi="標楷體"/>
                <w:sz w:val="28"/>
                <w:lang w:eastAsia="zh-TW"/>
              </w:rPr>
              <w:t>僱</w:t>
            </w:r>
            <w:proofErr w:type="gramEnd"/>
            <w:r w:rsidRPr="000C3429">
              <w:rPr>
                <w:rFonts w:ascii="標楷體" w:eastAsia="標楷體" w:hAnsi="標楷體"/>
                <w:sz w:val="28"/>
                <w:lang w:eastAsia="zh-TW"/>
              </w:rPr>
              <w:t>情形、C062僱用經過、C063離職經過、C064工作經驗、C068薪資與預扣款、C089養老給付及國民年金</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35</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人員保險資料</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001人身保險業務</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p>
        </w:tc>
      </w:tr>
      <w:tr w:rsidR="000C3429" w:rsidRPr="000C3429" w:rsidTr="00356926">
        <w:trPr>
          <w:cantSplit/>
          <w:jc w:val="center"/>
        </w:trPr>
        <w:tc>
          <w:tcPr>
            <w:tcW w:w="674"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36</w:t>
            </w:r>
          </w:p>
        </w:tc>
        <w:tc>
          <w:tcPr>
            <w:tcW w:w="1361"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教職員工通訊錄</w:t>
            </w:r>
          </w:p>
        </w:tc>
        <w:tc>
          <w:tcPr>
            <w:tcW w:w="1648"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002人事行政管理</w:t>
            </w:r>
          </w:p>
        </w:tc>
        <w:tc>
          <w:tcPr>
            <w:tcW w:w="3879" w:type="dxa"/>
            <w:shd w:val="clear" w:color="auto" w:fill="FFFFFF"/>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w:t>
            </w:r>
          </w:p>
        </w:tc>
      </w:tr>
      <w:tr w:rsidR="000C3429" w:rsidRPr="000C3429" w:rsidTr="00356926">
        <w:trPr>
          <w:cantSplit/>
          <w:jc w:val="center"/>
        </w:trPr>
        <w:tc>
          <w:tcPr>
            <w:tcW w:w="674"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37</w:t>
            </w:r>
          </w:p>
        </w:tc>
        <w:tc>
          <w:tcPr>
            <w:tcW w:w="1361"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人事室</w:t>
            </w:r>
          </w:p>
        </w:tc>
        <w:tc>
          <w:tcPr>
            <w:tcW w:w="1762"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儲金會匯報資料</w:t>
            </w:r>
          </w:p>
        </w:tc>
        <w:tc>
          <w:tcPr>
            <w:tcW w:w="1648"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依業務需求</w:t>
            </w:r>
          </w:p>
        </w:tc>
        <w:tc>
          <w:tcPr>
            <w:tcW w:w="161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097退撫基金或退休金管理</w:t>
            </w:r>
          </w:p>
        </w:tc>
        <w:tc>
          <w:tcPr>
            <w:tcW w:w="3879" w:type="dxa"/>
            <w:shd w:val="clear" w:color="auto" w:fill="F9FAFB"/>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識別類：C001辨識個人者、C003政府資料中之辨識者</w:t>
            </w:r>
          </w:p>
        </w:tc>
      </w:tr>
    </w:tbl>
    <w:p w:rsidR="00356926" w:rsidRDefault="000C3429" w:rsidP="00356926">
      <w:pPr>
        <w:rPr>
          <w:lang w:eastAsia="zh-TW"/>
        </w:rPr>
      </w:pPr>
      <w:r w:rsidRPr="000C3429">
        <w:rPr>
          <w:rFonts w:ascii="標楷體" w:eastAsia="標楷體" w:hAnsi="標楷體"/>
          <w:sz w:val="28"/>
          <w:lang w:eastAsia="zh-TW"/>
        </w:rPr>
        <w:br w:type="page"/>
      </w:r>
      <w:r w:rsidR="00356926" w:rsidRPr="006F5E97">
        <w:rPr>
          <w:b/>
          <w:sz w:val="32"/>
          <w:lang w:eastAsia="zh-TW"/>
        </w:rPr>
        <w:lastRenderedPageBreak/>
        <w:t>伍、相關表單</w:t>
      </w:r>
      <w:r w:rsidR="00356926">
        <w:rPr>
          <w:lang w:eastAsia="zh-TW"/>
        </w:rPr>
        <w:t xml:space="preserve"> </w:t>
      </w:r>
    </w:p>
    <w:p w:rsidR="00356926" w:rsidRDefault="00356926" w:rsidP="00356926">
      <w:pPr>
        <w:rPr>
          <w:lang w:eastAsia="zh-TW"/>
        </w:rPr>
      </w:pPr>
    </w:p>
    <w:p w:rsidR="00356926" w:rsidRDefault="00356926" w:rsidP="00356926">
      <w:pPr>
        <w:rPr>
          <w:lang w:eastAsia="zh-TW"/>
        </w:rPr>
      </w:pPr>
      <w:r>
        <w:rPr>
          <w:lang w:eastAsia="zh-TW"/>
        </w:rPr>
        <w:t xml:space="preserve">1. </w:t>
      </w:r>
      <w:r>
        <w:rPr>
          <w:lang w:eastAsia="zh-TW"/>
        </w:rPr>
        <w:t>使用學生個人資料申請表：須附上個人資料保密文字</w:t>
      </w:r>
      <w:r>
        <w:rPr>
          <w:lang w:eastAsia="zh-TW"/>
        </w:rPr>
        <w:t xml:space="preserve"> </w:t>
      </w:r>
    </w:p>
    <w:p w:rsidR="00356926" w:rsidRDefault="00356926" w:rsidP="00356926">
      <w:pPr>
        <w:rPr>
          <w:lang w:eastAsia="zh-TW"/>
        </w:rPr>
      </w:pPr>
      <w:r>
        <w:rPr>
          <w:lang w:eastAsia="zh-TW"/>
        </w:rPr>
        <w:t xml:space="preserve">2. </w:t>
      </w:r>
      <w:r>
        <w:rPr>
          <w:lang w:eastAsia="zh-TW"/>
        </w:rPr>
        <w:t>個人資料使用同意書</w:t>
      </w:r>
      <w:r>
        <w:rPr>
          <w:lang w:eastAsia="zh-TW"/>
        </w:rPr>
        <w:t xml:space="preserve"> </w:t>
      </w:r>
    </w:p>
    <w:p w:rsidR="00356926" w:rsidRDefault="00356926" w:rsidP="00356926">
      <w:pPr>
        <w:rPr>
          <w:lang w:eastAsia="zh-TW"/>
        </w:rPr>
      </w:pPr>
      <w:r>
        <w:rPr>
          <w:lang w:eastAsia="zh-TW"/>
        </w:rPr>
        <w:t xml:space="preserve">3. </w:t>
      </w:r>
      <w:r>
        <w:rPr>
          <w:lang w:eastAsia="zh-TW"/>
        </w:rPr>
        <w:t>離職教職員及委外廠商保密切結書：須附上個人資料保密文字</w:t>
      </w:r>
      <w:r>
        <w:rPr>
          <w:lang w:eastAsia="zh-TW"/>
        </w:rPr>
        <w:t xml:space="preserve"> </w:t>
      </w:r>
    </w:p>
    <w:p w:rsidR="00356926" w:rsidRDefault="00356926" w:rsidP="00356926">
      <w:pPr>
        <w:rPr>
          <w:rFonts w:eastAsia="新細明體"/>
          <w:lang w:eastAsia="zh-TW"/>
        </w:rPr>
      </w:pPr>
      <w:r>
        <w:rPr>
          <w:lang w:eastAsia="zh-TW"/>
        </w:rPr>
        <w:t xml:space="preserve">4. </w:t>
      </w:r>
      <w:r>
        <w:rPr>
          <w:lang w:eastAsia="zh-TW"/>
        </w:rPr>
        <w:t>個人資料安全維護內部稽核檢查表</w:t>
      </w:r>
      <w:r>
        <w:rPr>
          <w:lang w:eastAsia="zh-TW"/>
        </w:rPr>
        <w:t xml:space="preserve"> </w:t>
      </w: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Default="00356926" w:rsidP="00356926">
      <w:pPr>
        <w:rPr>
          <w:rFonts w:eastAsia="新細明體"/>
          <w:lang w:eastAsia="zh-TW"/>
        </w:rPr>
      </w:pPr>
    </w:p>
    <w:p w:rsidR="00356926" w:rsidRPr="00384E16" w:rsidRDefault="00356926" w:rsidP="00356926">
      <w:pPr>
        <w:rPr>
          <w:rFonts w:eastAsia="新細明體"/>
          <w:lang w:eastAsia="zh-TW"/>
        </w:rPr>
      </w:pPr>
    </w:p>
    <w:p w:rsidR="00356926" w:rsidRPr="00A42413" w:rsidRDefault="00356926" w:rsidP="00356926">
      <w:pPr>
        <w:jc w:val="right"/>
        <w:rPr>
          <w:rFonts w:eastAsia="微軟正黑體"/>
          <w:lang w:eastAsia="zh-TW"/>
        </w:rPr>
      </w:pPr>
      <w:r w:rsidRPr="00A42413">
        <w:rPr>
          <w:rFonts w:eastAsia="微軟正黑體" w:hint="eastAsia"/>
          <w:lang w:eastAsia="zh-TW"/>
        </w:rPr>
        <w:lastRenderedPageBreak/>
        <w:t>表單1</w:t>
      </w:r>
    </w:p>
    <w:p w:rsidR="00356926" w:rsidRPr="00242EA4" w:rsidRDefault="00413037" w:rsidP="00413037">
      <w:pPr>
        <w:ind w:leftChars="-193" w:left="1" w:hangingChars="133" w:hanging="426"/>
        <w:jc w:val="center"/>
        <w:rPr>
          <w:rFonts w:eastAsia="微軟正黑體"/>
          <w:b/>
          <w:sz w:val="28"/>
          <w:lang w:eastAsia="zh-TW"/>
        </w:rPr>
      </w:pPr>
      <w:r>
        <w:rPr>
          <w:rFonts w:eastAsia="微軟正黑體" w:hint="eastAsia"/>
          <w:b/>
          <w:sz w:val="32"/>
          <w:lang w:eastAsia="zh-TW"/>
        </w:rPr>
        <w:t>未來學校財團法人臺東縣私立育仁國民中學</w:t>
      </w:r>
      <w:r w:rsidR="00356926" w:rsidRPr="00242EA4">
        <w:rPr>
          <w:rFonts w:eastAsia="微軟正黑體"/>
          <w:b/>
          <w:sz w:val="32"/>
          <w:lang w:eastAsia="zh-TW"/>
        </w:rPr>
        <w:t>使用學生個人資料申請表</w:t>
      </w:r>
    </w:p>
    <w:tbl>
      <w:tblPr>
        <w:tblStyle w:val="aff2"/>
        <w:tblW w:w="10490" w:type="dxa"/>
        <w:tblInd w:w="-533" w:type="dxa"/>
        <w:tblLook w:val="04A0" w:firstRow="1" w:lastRow="0" w:firstColumn="1" w:lastColumn="0" w:noHBand="0" w:noVBand="1"/>
      </w:tblPr>
      <w:tblGrid>
        <w:gridCol w:w="1985"/>
        <w:gridCol w:w="3389"/>
        <w:gridCol w:w="2174"/>
        <w:gridCol w:w="2942"/>
      </w:tblGrid>
      <w:tr w:rsidR="00356926" w:rsidRPr="00A42413" w:rsidTr="00215011">
        <w:tc>
          <w:tcPr>
            <w:tcW w:w="1985" w:type="dxa"/>
            <w:vAlign w:val="center"/>
          </w:tcPr>
          <w:p w:rsidR="00356926" w:rsidRPr="00A42413" w:rsidRDefault="00356926" w:rsidP="00215011">
            <w:pPr>
              <w:jc w:val="center"/>
              <w:rPr>
                <w:rFonts w:eastAsia="微軟正黑體"/>
                <w:lang w:eastAsia="zh-TW"/>
              </w:rPr>
            </w:pPr>
            <w:r w:rsidRPr="00A42413">
              <w:rPr>
                <w:rFonts w:eastAsia="微軟正黑體"/>
                <w:lang w:eastAsia="zh-TW"/>
              </w:rPr>
              <w:t>學生姓名</w:t>
            </w:r>
          </w:p>
          <w:p w:rsidR="00356926" w:rsidRPr="00A42413" w:rsidRDefault="00356926" w:rsidP="00215011">
            <w:pPr>
              <w:jc w:val="center"/>
              <w:rPr>
                <w:rFonts w:eastAsia="微軟正黑體"/>
                <w:lang w:eastAsia="zh-TW"/>
              </w:rPr>
            </w:pPr>
            <w:r w:rsidRPr="00A42413">
              <w:rPr>
                <w:rFonts w:eastAsia="微軟正黑體"/>
                <w:lang w:eastAsia="zh-TW"/>
              </w:rPr>
              <w:t>(</w:t>
            </w:r>
            <w:proofErr w:type="gramStart"/>
            <w:r w:rsidRPr="00A42413">
              <w:rPr>
                <w:rFonts w:eastAsia="微軟正黑體"/>
                <w:lang w:eastAsia="zh-TW"/>
              </w:rPr>
              <w:t>全年級</w:t>
            </w:r>
            <w:proofErr w:type="gramEnd"/>
            <w:r w:rsidRPr="00A42413">
              <w:rPr>
                <w:rFonts w:eastAsia="微軟正黑體"/>
                <w:lang w:eastAsia="zh-TW"/>
              </w:rPr>
              <w:t>可省略)</w:t>
            </w:r>
          </w:p>
        </w:tc>
        <w:tc>
          <w:tcPr>
            <w:tcW w:w="3389" w:type="dxa"/>
          </w:tcPr>
          <w:p w:rsidR="00356926" w:rsidRPr="00A42413" w:rsidRDefault="00356926" w:rsidP="00215011">
            <w:pPr>
              <w:rPr>
                <w:rFonts w:eastAsia="微軟正黑體"/>
                <w:lang w:eastAsia="zh-TW"/>
              </w:rPr>
            </w:pPr>
          </w:p>
        </w:tc>
        <w:tc>
          <w:tcPr>
            <w:tcW w:w="2174" w:type="dxa"/>
            <w:vMerge w:val="restart"/>
            <w:vAlign w:val="center"/>
          </w:tcPr>
          <w:p w:rsidR="00356926" w:rsidRPr="00A42413" w:rsidRDefault="00356926" w:rsidP="00215011">
            <w:pPr>
              <w:jc w:val="center"/>
              <w:rPr>
                <w:rFonts w:eastAsia="微軟正黑體"/>
                <w:lang w:eastAsia="zh-TW"/>
              </w:rPr>
            </w:pPr>
            <w:r w:rsidRPr="00A42413">
              <w:rPr>
                <w:rFonts w:eastAsia="微軟正黑體"/>
                <w:lang w:eastAsia="zh-TW"/>
              </w:rPr>
              <w:t>申請用途</w:t>
            </w:r>
          </w:p>
        </w:tc>
        <w:tc>
          <w:tcPr>
            <w:tcW w:w="2942" w:type="dxa"/>
            <w:vMerge w:val="restart"/>
          </w:tcPr>
          <w:p w:rsidR="00356926" w:rsidRPr="00A42413" w:rsidRDefault="00356926" w:rsidP="00215011">
            <w:pPr>
              <w:rPr>
                <w:rFonts w:eastAsia="微軟正黑體"/>
                <w:lang w:eastAsia="zh-TW"/>
              </w:rPr>
            </w:pPr>
          </w:p>
        </w:tc>
      </w:tr>
      <w:tr w:rsidR="00356926" w:rsidRPr="00A42413" w:rsidTr="00215011">
        <w:tc>
          <w:tcPr>
            <w:tcW w:w="1985" w:type="dxa"/>
            <w:vAlign w:val="center"/>
          </w:tcPr>
          <w:p w:rsidR="00356926" w:rsidRPr="00A42413" w:rsidRDefault="00356926" w:rsidP="00215011">
            <w:pPr>
              <w:jc w:val="center"/>
              <w:rPr>
                <w:rFonts w:eastAsia="微軟正黑體"/>
                <w:lang w:eastAsia="zh-TW"/>
              </w:rPr>
            </w:pPr>
            <w:r w:rsidRPr="00A42413">
              <w:rPr>
                <w:rFonts w:eastAsia="微軟正黑體"/>
                <w:lang w:eastAsia="zh-TW"/>
              </w:rPr>
              <w:t>年級班級</w:t>
            </w:r>
          </w:p>
          <w:p w:rsidR="00356926" w:rsidRPr="00A42413" w:rsidRDefault="00356926" w:rsidP="00215011">
            <w:pPr>
              <w:jc w:val="center"/>
              <w:rPr>
                <w:rFonts w:eastAsia="微軟正黑體"/>
                <w:lang w:eastAsia="zh-TW"/>
              </w:rPr>
            </w:pPr>
            <w:r w:rsidRPr="00A42413">
              <w:rPr>
                <w:rFonts w:eastAsia="微軟正黑體"/>
                <w:lang w:eastAsia="zh-TW"/>
              </w:rPr>
              <w:t>(多人可附表單)</w:t>
            </w:r>
          </w:p>
        </w:tc>
        <w:tc>
          <w:tcPr>
            <w:tcW w:w="3389" w:type="dxa"/>
          </w:tcPr>
          <w:p w:rsidR="00356926" w:rsidRPr="00A42413" w:rsidRDefault="00356926" w:rsidP="00215011">
            <w:pPr>
              <w:rPr>
                <w:rFonts w:eastAsia="微軟正黑體"/>
                <w:lang w:eastAsia="zh-TW"/>
              </w:rPr>
            </w:pPr>
          </w:p>
        </w:tc>
        <w:tc>
          <w:tcPr>
            <w:tcW w:w="2174" w:type="dxa"/>
            <w:vMerge/>
          </w:tcPr>
          <w:p w:rsidR="00356926" w:rsidRPr="00A42413" w:rsidRDefault="00356926" w:rsidP="00215011">
            <w:pPr>
              <w:rPr>
                <w:rFonts w:eastAsia="微軟正黑體"/>
                <w:lang w:eastAsia="zh-TW"/>
              </w:rPr>
            </w:pPr>
          </w:p>
        </w:tc>
        <w:tc>
          <w:tcPr>
            <w:tcW w:w="2942" w:type="dxa"/>
            <w:vMerge/>
          </w:tcPr>
          <w:p w:rsidR="00356926" w:rsidRPr="00A42413" w:rsidRDefault="00356926" w:rsidP="00215011">
            <w:pPr>
              <w:rPr>
                <w:rFonts w:eastAsia="微軟正黑體"/>
                <w:lang w:eastAsia="zh-TW"/>
              </w:rPr>
            </w:pPr>
          </w:p>
        </w:tc>
      </w:tr>
      <w:tr w:rsidR="00356926" w:rsidRPr="00A42413" w:rsidTr="00215011">
        <w:tc>
          <w:tcPr>
            <w:tcW w:w="1985" w:type="dxa"/>
            <w:vAlign w:val="center"/>
          </w:tcPr>
          <w:p w:rsidR="00356926" w:rsidRPr="00A42413" w:rsidRDefault="00356926" w:rsidP="00215011">
            <w:pPr>
              <w:jc w:val="center"/>
              <w:rPr>
                <w:rFonts w:eastAsia="微軟正黑體"/>
                <w:lang w:eastAsia="zh-TW"/>
              </w:rPr>
            </w:pPr>
            <w:r w:rsidRPr="00A42413">
              <w:rPr>
                <w:rFonts w:eastAsia="微軟正黑體"/>
                <w:lang w:eastAsia="zh-TW"/>
              </w:rPr>
              <w:t>申請日期</w:t>
            </w:r>
          </w:p>
        </w:tc>
        <w:tc>
          <w:tcPr>
            <w:tcW w:w="3389" w:type="dxa"/>
          </w:tcPr>
          <w:p w:rsidR="00356926" w:rsidRPr="00A42413" w:rsidRDefault="00356926" w:rsidP="00215011">
            <w:pPr>
              <w:rPr>
                <w:rFonts w:eastAsia="微軟正黑體"/>
                <w:lang w:eastAsia="zh-TW"/>
              </w:rPr>
            </w:pPr>
            <w:r w:rsidRPr="00A42413">
              <w:rPr>
                <w:rFonts w:eastAsia="微軟正黑體"/>
                <w:lang w:eastAsia="zh-TW"/>
              </w:rPr>
              <w:t xml:space="preserve"> </w:t>
            </w:r>
            <w:r>
              <w:rPr>
                <w:rFonts w:eastAsia="微軟正黑體"/>
                <w:lang w:eastAsia="zh-TW"/>
              </w:rPr>
              <w:t xml:space="preserve">     </w:t>
            </w:r>
            <w:r w:rsidRPr="00A42413">
              <w:rPr>
                <w:rFonts w:eastAsia="微軟正黑體"/>
                <w:lang w:eastAsia="zh-TW"/>
              </w:rPr>
              <w:t xml:space="preserve">  年   </w:t>
            </w:r>
            <w:r>
              <w:rPr>
                <w:rFonts w:eastAsia="微軟正黑體"/>
                <w:lang w:eastAsia="zh-TW"/>
              </w:rPr>
              <w:t xml:space="preserve">    </w:t>
            </w:r>
            <w:r w:rsidRPr="00A42413">
              <w:rPr>
                <w:rFonts w:eastAsia="微軟正黑體"/>
                <w:lang w:eastAsia="zh-TW"/>
              </w:rPr>
              <w:t xml:space="preserve">  月   </w:t>
            </w:r>
            <w:r>
              <w:rPr>
                <w:rFonts w:eastAsia="微軟正黑體"/>
                <w:lang w:eastAsia="zh-TW"/>
              </w:rPr>
              <w:t xml:space="preserve">      </w:t>
            </w:r>
            <w:r w:rsidRPr="00A42413">
              <w:rPr>
                <w:rFonts w:eastAsia="微軟正黑體"/>
                <w:lang w:eastAsia="zh-TW"/>
              </w:rPr>
              <w:t xml:space="preserve"> 日</w:t>
            </w:r>
          </w:p>
        </w:tc>
        <w:tc>
          <w:tcPr>
            <w:tcW w:w="2174" w:type="dxa"/>
            <w:vMerge/>
          </w:tcPr>
          <w:p w:rsidR="00356926" w:rsidRPr="00A42413" w:rsidRDefault="00356926" w:rsidP="00215011">
            <w:pPr>
              <w:rPr>
                <w:rFonts w:eastAsia="微軟正黑體"/>
                <w:lang w:eastAsia="zh-TW"/>
              </w:rPr>
            </w:pPr>
          </w:p>
        </w:tc>
        <w:tc>
          <w:tcPr>
            <w:tcW w:w="2942" w:type="dxa"/>
            <w:vMerge/>
          </w:tcPr>
          <w:p w:rsidR="00356926" w:rsidRPr="00A42413" w:rsidRDefault="00356926" w:rsidP="00215011">
            <w:pPr>
              <w:rPr>
                <w:rFonts w:eastAsia="微軟正黑體"/>
                <w:lang w:eastAsia="zh-TW"/>
              </w:rPr>
            </w:pPr>
          </w:p>
        </w:tc>
      </w:tr>
      <w:tr w:rsidR="00356926" w:rsidRPr="00A42413" w:rsidTr="00215011">
        <w:trPr>
          <w:trHeight w:val="4685"/>
        </w:trPr>
        <w:tc>
          <w:tcPr>
            <w:tcW w:w="1985" w:type="dxa"/>
            <w:vAlign w:val="center"/>
          </w:tcPr>
          <w:p w:rsidR="00356926" w:rsidRPr="00A42413" w:rsidRDefault="00356926" w:rsidP="00215011">
            <w:pPr>
              <w:jc w:val="center"/>
              <w:rPr>
                <w:rFonts w:eastAsia="微軟正黑體"/>
                <w:lang w:eastAsia="zh-TW"/>
              </w:rPr>
            </w:pPr>
            <w:r w:rsidRPr="00A42413">
              <w:rPr>
                <w:rFonts w:eastAsia="微軟正黑體"/>
                <w:lang w:eastAsia="zh-TW"/>
              </w:rPr>
              <w:t>申請</w:t>
            </w:r>
          </w:p>
          <w:p w:rsidR="00356926" w:rsidRPr="00A42413" w:rsidRDefault="00356926" w:rsidP="00215011">
            <w:pPr>
              <w:jc w:val="center"/>
              <w:rPr>
                <w:rFonts w:eastAsia="微軟正黑體"/>
                <w:lang w:eastAsia="zh-TW"/>
              </w:rPr>
            </w:pPr>
            <w:r w:rsidRPr="00A42413">
              <w:rPr>
                <w:rFonts w:eastAsia="微軟正黑體"/>
                <w:lang w:eastAsia="zh-TW"/>
              </w:rPr>
              <w:t>類別</w:t>
            </w:r>
          </w:p>
        </w:tc>
        <w:tc>
          <w:tcPr>
            <w:tcW w:w="8505" w:type="dxa"/>
            <w:gridSpan w:val="3"/>
          </w:tcPr>
          <w:p w:rsidR="00356926" w:rsidRPr="00A42413" w:rsidRDefault="00356926" w:rsidP="00215011">
            <w:pPr>
              <w:ind w:left="235" w:hangingChars="107" w:hanging="235"/>
              <w:rPr>
                <w:rFonts w:eastAsia="微軟正黑體"/>
                <w:lang w:eastAsia="zh-TW"/>
              </w:rPr>
            </w:pPr>
            <w:r w:rsidRPr="00242EA4">
              <w:rPr>
                <w:rFonts w:eastAsia="微軟正黑體" w:hint="eastAsia"/>
                <w:lang w:eastAsia="zh-TW"/>
              </w:rPr>
              <w:t>□</w:t>
            </w:r>
            <w:r w:rsidRPr="00A42413">
              <w:rPr>
                <w:rFonts w:eastAsia="微軟正黑體"/>
                <w:lang w:eastAsia="zh-TW"/>
              </w:rPr>
              <w:t>辦識學生基本資料（班級、姓名、學號、出生年月日、身分證字號、英文護 照姓名、住址、住家電話號碼、通訊及</w:t>
            </w:r>
            <w:r w:rsidRPr="00A42413">
              <w:rPr>
                <w:rFonts w:eastAsia="微軟正黑體" w:cs="細明體" w:hint="eastAsia"/>
                <w:lang w:eastAsia="zh-TW"/>
              </w:rPr>
              <w:t>戶</w:t>
            </w:r>
            <w:r w:rsidRPr="00A42413">
              <w:rPr>
                <w:rFonts w:eastAsia="微軟正黑體" w:cs="MS Gothic" w:hint="eastAsia"/>
                <w:lang w:eastAsia="zh-TW"/>
              </w:rPr>
              <w:t>籍地址、父母姓名、父母職業及其他任</w:t>
            </w:r>
            <w:r w:rsidRPr="00A42413">
              <w:rPr>
                <w:rFonts w:eastAsia="微軟正黑體"/>
                <w:lang w:eastAsia="zh-TW"/>
              </w:rPr>
              <w:t xml:space="preserve">可辨識資料本人者等） </w:t>
            </w:r>
          </w:p>
          <w:p w:rsidR="00356926" w:rsidRPr="00A42413" w:rsidRDefault="00356926" w:rsidP="00215011">
            <w:pPr>
              <w:ind w:left="235" w:hangingChars="107" w:hanging="235"/>
              <w:rPr>
                <w:rFonts w:eastAsia="微軟正黑體"/>
                <w:lang w:eastAsia="zh-TW"/>
              </w:rPr>
            </w:pPr>
            <w:r w:rsidRPr="00A42413">
              <w:rPr>
                <w:rFonts w:eastAsia="微軟正黑體" w:hint="eastAsia"/>
                <w:lang w:eastAsia="zh-TW"/>
              </w:rPr>
              <w:t>□</w:t>
            </w:r>
            <w:r w:rsidRPr="00A42413">
              <w:rPr>
                <w:rFonts w:eastAsia="微軟正黑體" w:cs="細明體" w:hint="eastAsia"/>
                <w:lang w:eastAsia="zh-TW"/>
              </w:rPr>
              <w:t>查</w:t>
            </w:r>
            <w:r w:rsidRPr="00A42413">
              <w:rPr>
                <w:rFonts w:eastAsia="微軟正黑體" w:cs="MS Gothic" w:hint="eastAsia"/>
                <w:lang w:eastAsia="zh-TW"/>
              </w:rPr>
              <w:t>詢學生個人成績（中英文之各項成績，如平時成績、期中、末考成績、學</w:t>
            </w:r>
            <w:r w:rsidRPr="00A42413">
              <w:rPr>
                <w:rFonts w:eastAsia="微軟正黑體"/>
                <w:lang w:eastAsia="zh-TW"/>
              </w:rPr>
              <w:t xml:space="preserve"> 期成績、補考成績、學期成績、學年成績、重補修成績等） </w:t>
            </w:r>
          </w:p>
          <w:p w:rsidR="00356926" w:rsidRPr="00A42413" w:rsidRDefault="00356926" w:rsidP="00215011">
            <w:pPr>
              <w:ind w:left="235" w:hangingChars="107" w:hanging="235"/>
              <w:rPr>
                <w:rFonts w:eastAsia="微軟正黑體"/>
                <w:lang w:eastAsia="zh-TW"/>
              </w:rPr>
            </w:pPr>
            <w:r w:rsidRPr="00A42413">
              <w:rPr>
                <w:rFonts w:eastAsia="微軟正黑體" w:hint="eastAsia"/>
                <w:lang w:eastAsia="zh-TW"/>
              </w:rPr>
              <w:t>□</w:t>
            </w:r>
            <w:r w:rsidRPr="00A42413">
              <w:rPr>
                <w:rFonts w:eastAsia="微軟正黑體"/>
                <w:lang w:eastAsia="zh-TW"/>
              </w:rPr>
              <w:t xml:space="preserve">申請各項表單（中英文成績單、補發畢業證書、兵役折抵證明書、在學證明書、補發學生證等） </w:t>
            </w:r>
          </w:p>
          <w:p w:rsidR="00356926" w:rsidRPr="00A42413" w:rsidRDefault="00356926" w:rsidP="00215011">
            <w:pPr>
              <w:ind w:left="235" w:hangingChars="107" w:hanging="235"/>
              <w:rPr>
                <w:rFonts w:eastAsia="微軟正黑體"/>
                <w:lang w:eastAsia="zh-TW"/>
              </w:rPr>
            </w:pPr>
            <w:r w:rsidRPr="00A42413">
              <w:rPr>
                <w:rFonts w:eastAsia="微軟正黑體" w:hint="eastAsia"/>
                <w:lang w:eastAsia="zh-TW"/>
              </w:rPr>
              <w:t>□</w:t>
            </w:r>
            <w:r w:rsidRPr="00A42413">
              <w:rPr>
                <w:rFonts w:eastAsia="微軟正黑體" w:cs="細明體" w:hint="eastAsia"/>
                <w:lang w:eastAsia="zh-TW"/>
              </w:rPr>
              <w:t>查</w:t>
            </w:r>
            <w:r w:rsidRPr="00A42413">
              <w:rPr>
                <w:rFonts w:eastAsia="微軟正黑體" w:cs="MS Gothic" w:hint="eastAsia"/>
                <w:lang w:eastAsia="zh-TW"/>
              </w:rPr>
              <w:t>詢學生特殊身分別（軍公教遺屬、低收入</w:t>
            </w:r>
            <w:r w:rsidRPr="00A42413">
              <w:rPr>
                <w:rFonts w:eastAsia="微軟正黑體" w:cs="細明體" w:hint="eastAsia"/>
                <w:lang w:eastAsia="zh-TW"/>
              </w:rPr>
              <w:t>戶</w:t>
            </w:r>
            <w:r w:rsidRPr="00A42413">
              <w:rPr>
                <w:rFonts w:eastAsia="微軟正黑體" w:cs="MS Gothic" w:hint="eastAsia"/>
                <w:lang w:eastAsia="zh-TW"/>
              </w:rPr>
              <w:t>、身心障礙及身心障礙子女、</w:t>
            </w:r>
            <w:r w:rsidRPr="00A42413">
              <w:rPr>
                <w:rFonts w:eastAsia="微軟正黑體"/>
                <w:lang w:eastAsia="zh-TW"/>
              </w:rPr>
              <w:t xml:space="preserve">原住民、新住民等） </w:t>
            </w:r>
          </w:p>
          <w:p w:rsidR="00356926" w:rsidRPr="00A42413" w:rsidRDefault="00356926" w:rsidP="00215011">
            <w:pPr>
              <w:ind w:left="235" w:hangingChars="107" w:hanging="235"/>
              <w:rPr>
                <w:rFonts w:eastAsia="微軟正黑體"/>
                <w:lang w:eastAsia="zh-TW"/>
              </w:rPr>
            </w:pPr>
            <w:r w:rsidRPr="00A42413">
              <w:rPr>
                <w:rFonts w:eastAsia="微軟正黑體" w:hint="eastAsia"/>
                <w:lang w:eastAsia="zh-TW"/>
              </w:rPr>
              <w:t>□</w:t>
            </w:r>
            <w:r w:rsidRPr="00A42413">
              <w:rPr>
                <w:rFonts w:eastAsia="微軟正黑體"/>
                <w:lang w:eastAsia="zh-TW"/>
              </w:rPr>
              <w:t xml:space="preserve">就學情形（畢業國中、休、退、轉、復學狀況等） </w:t>
            </w:r>
          </w:p>
          <w:p w:rsidR="00356926" w:rsidRPr="00A42413" w:rsidRDefault="00356926" w:rsidP="00215011">
            <w:pPr>
              <w:ind w:left="235" w:hangingChars="107" w:hanging="235"/>
              <w:rPr>
                <w:rFonts w:eastAsia="微軟正黑體"/>
                <w:lang w:eastAsia="zh-TW"/>
              </w:rPr>
            </w:pPr>
            <w:r w:rsidRPr="00A42413">
              <w:rPr>
                <w:rFonts w:eastAsia="微軟正黑體" w:hint="eastAsia"/>
                <w:lang w:eastAsia="zh-TW"/>
              </w:rPr>
              <w:t>□</w:t>
            </w:r>
            <w:r w:rsidRPr="00A42413">
              <w:rPr>
                <w:rFonts w:eastAsia="微軟正黑體"/>
                <w:lang w:eastAsia="zh-TW"/>
              </w:rPr>
              <w:t xml:space="preserve">辦識學生特徵類（個人描述、身體描述等） </w:t>
            </w:r>
          </w:p>
          <w:p w:rsidR="00356926" w:rsidRPr="00A42413" w:rsidRDefault="00356926" w:rsidP="00215011">
            <w:pPr>
              <w:ind w:left="235" w:hangingChars="107" w:hanging="235"/>
              <w:rPr>
                <w:rFonts w:eastAsia="微軟正黑體"/>
                <w:lang w:eastAsia="zh-TW"/>
              </w:rPr>
            </w:pPr>
            <w:r w:rsidRPr="00A42413">
              <w:rPr>
                <w:rFonts w:eastAsia="微軟正黑體" w:hint="eastAsia"/>
                <w:lang w:eastAsia="zh-TW"/>
              </w:rPr>
              <w:t>□</w:t>
            </w:r>
            <w:r w:rsidRPr="00A42413">
              <w:rPr>
                <w:rFonts w:eastAsia="微軟正黑體"/>
                <w:lang w:eastAsia="zh-TW"/>
              </w:rPr>
              <w:t xml:space="preserve">其他 </w:t>
            </w:r>
          </w:p>
          <w:p w:rsidR="00356926" w:rsidRPr="00A42413" w:rsidRDefault="00356926" w:rsidP="00215011">
            <w:pPr>
              <w:rPr>
                <w:rFonts w:eastAsia="微軟正黑體"/>
                <w:lang w:eastAsia="zh-TW"/>
              </w:rPr>
            </w:pPr>
          </w:p>
        </w:tc>
      </w:tr>
      <w:tr w:rsidR="00356926" w:rsidRPr="00A42413" w:rsidTr="00215011">
        <w:trPr>
          <w:trHeight w:val="716"/>
        </w:trPr>
        <w:tc>
          <w:tcPr>
            <w:tcW w:w="1985" w:type="dxa"/>
            <w:vAlign w:val="center"/>
          </w:tcPr>
          <w:p w:rsidR="00356926" w:rsidRPr="00A42413" w:rsidRDefault="00356926" w:rsidP="00215011">
            <w:pPr>
              <w:jc w:val="center"/>
              <w:rPr>
                <w:rFonts w:eastAsia="微軟正黑體"/>
                <w:lang w:eastAsia="zh-TW"/>
              </w:rPr>
            </w:pPr>
            <w:r w:rsidRPr="00A42413">
              <w:rPr>
                <w:rFonts w:eastAsia="微軟正黑體"/>
                <w:lang w:eastAsia="zh-TW"/>
              </w:rPr>
              <w:t>申請人</w:t>
            </w:r>
          </w:p>
        </w:tc>
        <w:tc>
          <w:tcPr>
            <w:tcW w:w="3389" w:type="dxa"/>
          </w:tcPr>
          <w:p w:rsidR="00356926" w:rsidRPr="00A42413" w:rsidRDefault="00356926" w:rsidP="00215011">
            <w:pPr>
              <w:rPr>
                <w:rFonts w:eastAsia="微軟正黑體"/>
                <w:lang w:eastAsia="zh-TW"/>
              </w:rPr>
            </w:pPr>
          </w:p>
        </w:tc>
        <w:tc>
          <w:tcPr>
            <w:tcW w:w="2174" w:type="dxa"/>
            <w:vAlign w:val="center"/>
          </w:tcPr>
          <w:p w:rsidR="00356926" w:rsidRPr="00A42413" w:rsidRDefault="00356926" w:rsidP="00215011">
            <w:pPr>
              <w:jc w:val="center"/>
              <w:rPr>
                <w:rFonts w:eastAsia="微軟正黑體"/>
                <w:lang w:eastAsia="zh-TW"/>
              </w:rPr>
            </w:pPr>
            <w:r w:rsidRPr="00A42413">
              <w:rPr>
                <w:rFonts w:eastAsia="微軟正黑體"/>
                <w:lang w:eastAsia="zh-TW"/>
              </w:rPr>
              <w:t>受理組長</w:t>
            </w:r>
          </w:p>
        </w:tc>
        <w:tc>
          <w:tcPr>
            <w:tcW w:w="2942" w:type="dxa"/>
          </w:tcPr>
          <w:p w:rsidR="00356926" w:rsidRPr="00A42413" w:rsidRDefault="00356926" w:rsidP="00215011">
            <w:pPr>
              <w:rPr>
                <w:rFonts w:eastAsia="微軟正黑體"/>
                <w:lang w:eastAsia="zh-TW"/>
              </w:rPr>
            </w:pPr>
          </w:p>
        </w:tc>
      </w:tr>
      <w:tr w:rsidR="00356926" w:rsidRPr="00A42413" w:rsidTr="00215011">
        <w:trPr>
          <w:trHeight w:val="848"/>
        </w:trPr>
        <w:tc>
          <w:tcPr>
            <w:tcW w:w="1985" w:type="dxa"/>
            <w:vAlign w:val="center"/>
          </w:tcPr>
          <w:p w:rsidR="00356926" w:rsidRPr="00A42413" w:rsidRDefault="00356926" w:rsidP="00215011">
            <w:pPr>
              <w:jc w:val="center"/>
              <w:rPr>
                <w:rFonts w:eastAsia="微軟正黑體"/>
                <w:lang w:eastAsia="zh-TW"/>
              </w:rPr>
            </w:pPr>
            <w:r w:rsidRPr="00A42413">
              <w:rPr>
                <w:rFonts w:eastAsia="微軟正黑體"/>
                <w:lang w:eastAsia="zh-TW"/>
              </w:rPr>
              <w:t>受理人</w:t>
            </w:r>
          </w:p>
          <w:p w:rsidR="00356926" w:rsidRPr="00A42413" w:rsidRDefault="00356926" w:rsidP="00215011">
            <w:pPr>
              <w:jc w:val="center"/>
              <w:rPr>
                <w:rFonts w:eastAsia="微軟正黑體"/>
                <w:lang w:eastAsia="zh-TW"/>
              </w:rPr>
            </w:pPr>
            <w:r w:rsidRPr="00A42413">
              <w:rPr>
                <w:rFonts w:eastAsia="微軟正黑體"/>
                <w:lang w:eastAsia="zh-TW"/>
              </w:rPr>
              <w:t>(提供個資人員)</w:t>
            </w:r>
          </w:p>
        </w:tc>
        <w:tc>
          <w:tcPr>
            <w:tcW w:w="3389" w:type="dxa"/>
          </w:tcPr>
          <w:p w:rsidR="00356926" w:rsidRPr="00A42413" w:rsidRDefault="00356926" w:rsidP="00215011">
            <w:pPr>
              <w:rPr>
                <w:rFonts w:eastAsia="微軟正黑體"/>
                <w:lang w:eastAsia="zh-TW"/>
              </w:rPr>
            </w:pPr>
          </w:p>
        </w:tc>
        <w:tc>
          <w:tcPr>
            <w:tcW w:w="2174" w:type="dxa"/>
            <w:vMerge w:val="restart"/>
            <w:vAlign w:val="center"/>
          </w:tcPr>
          <w:p w:rsidR="00356926" w:rsidRPr="00A42413" w:rsidRDefault="00356926" w:rsidP="00215011">
            <w:pPr>
              <w:jc w:val="center"/>
              <w:rPr>
                <w:rFonts w:eastAsia="微軟正黑體"/>
                <w:lang w:eastAsia="zh-TW"/>
              </w:rPr>
            </w:pPr>
            <w:proofErr w:type="gramStart"/>
            <w:r w:rsidRPr="00A42413">
              <w:rPr>
                <w:rFonts w:eastAsia="微軟正黑體"/>
                <w:lang w:eastAsia="zh-TW"/>
              </w:rPr>
              <w:t>個資處</w:t>
            </w:r>
            <w:proofErr w:type="gramEnd"/>
            <w:r w:rsidRPr="00A42413">
              <w:rPr>
                <w:rFonts w:eastAsia="微軟正黑體"/>
                <w:lang w:eastAsia="zh-TW"/>
              </w:rPr>
              <w:t>室主任</w:t>
            </w:r>
          </w:p>
          <w:p w:rsidR="00356926" w:rsidRPr="00A42413" w:rsidRDefault="00356926" w:rsidP="00215011">
            <w:pPr>
              <w:jc w:val="center"/>
              <w:rPr>
                <w:rFonts w:eastAsia="微軟正黑體"/>
                <w:lang w:eastAsia="zh-TW"/>
              </w:rPr>
            </w:pPr>
            <w:r w:rsidRPr="00A42413">
              <w:rPr>
                <w:rFonts w:eastAsia="微軟正黑體"/>
                <w:lang w:eastAsia="zh-TW"/>
              </w:rPr>
              <w:t>(教務處/學</w:t>
            </w:r>
            <w:proofErr w:type="gramStart"/>
            <w:r w:rsidRPr="00A42413">
              <w:rPr>
                <w:rFonts w:eastAsia="微軟正黑體"/>
                <w:lang w:eastAsia="zh-TW"/>
              </w:rPr>
              <w:t>務</w:t>
            </w:r>
            <w:proofErr w:type="gramEnd"/>
            <w:r w:rsidRPr="00A42413">
              <w:rPr>
                <w:rFonts w:eastAsia="微軟正黑體"/>
                <w:lang w:eastAsia="zh-TW"/>
              </w:rPr>
              <w:t>處)</w:t>
            </w:r>
          </w:p>
        </w:tc>
        <w:tc>
          <w:tcPr>
            <w:tcW w:w="2942" w:type="dxa"/>
            <w:vMerge w:val="restart"/>
          </w:tcPr>
          <w:p w:rsidR="00356926" w:rsidRPr="00A42413" w:rsidRDefault="00356926" w:rsidP="00215011">
            <w:pPr>
              <w:rPr>
                <w:rFonts w:eastAsia="微軟正黑體"/>
                <w:lang w:eastAsia="zh-TW"/>
              </w:rPr>
            </w:pPr>
          </w:p>
        </w:tc>
      </w:tr>
      <w:tr w:rsidR="00356926" w:rsidRPr="00A42413" w:rsidTr="00215011">
        <w:trPr>
          <w:trHeight w:val="708"/>
        </w:trPr>
        <w:tc>
          <w:tcPr>
            <w:tcW w:w="1985" w:type="dxa"/>
            <w:vAlign w:val="center"/>
          </w:tcPr>
          <w:p w:rsidR="00356926" w:rsidRPr="00A42413" w:rsidRDefault="00356926" w:rsidP="00215011">
            <w:pPr>
              <w:jc w:val="center"/>
              <w:rPr>
                <w:rFonts w:eastAsia="微軟正黑體"/>
                <w:lang w:eastAsia="zh-TW"/>
              </w:rPr>
            </w:pPr>
            <w:r w:rsidRPr="00A42413">
              <w:rPr>
                <w:rFonts w:eastAsia="微軟正黑體" w:cs="細明體"/>
                <w:lang w:eastAsia="zh-TW"/>
              </w:rPr>
              <w:t>資訊組</w:t>
            </w:r>
          </w:p>
        </w:tc>
        <w:tc>
          <w:tcPr>
            <w:tcW w:w="3389" w:type="dxa"/>
          </w:tcPr>
          <w:p w:rsidR="00356926" w:rsidRPr="00A42413" w:rsidRDefault="00356926" w:rsidP="00215011">
            <w:pPr>
              <w:rPr>
                <w:rFonts w:eastAsia="微軟正黑體"/>
                <w:lang w:eastAsia="zh-TW"/>
              </w:rPr>
            </w:pPr>
          </w:p>
        </w:tc>
        <w:tc>
          <w:tcPr>
            <w:tcW w:w="2174" w:type="dxa"/>
            <w:vMerge/>
          </w:tcPr>
          <w:p w:rsidR="00356926" w:rsidRPr="00A42413" w:rsidRDefault="00356926" w:rsidP="00215011">
            <w:pPr>
              <w:rPr>
                <w:rFonts w:eastAsia="微軟正黑體"/>
                <w:lang w:eastAsia="zh-TW"/>
              </w:rPr>
            </w:pPr>
          </w:p>
        </w:tc>
        <w:tc>
          <w:tcPr>
            <w:tcW w:w="2942" w:type="dxa"/>
            <w:vMerge/>
          </w:tcPr>
          <w:p w:rsidR="00356926" w:rsidRPr="00A42413" w:rsidRDefault="00356926" w:rsidP="00215011">
            <w:pPr>
              <w:rPr>
                <w:rFonts w:eastAsia="微軟正黑體"/>
                <w:lang w:eastAsia="zh-TW"/>
              </w:rPr>
            </w:pPr>
          </w:p>
        </w:tc>
      </w:tr>
    </w:tbl>
    <w:p w:rsidR="00356926" w:rsidRPr="00A42413" w:rsidRDefault="00356926" w:rsidP="00356926">
      <w:pPr>
        <w:ind w:leftChars="65" w:left="1276" w:hangingChars="515" w:hanging="1133"/>
        <w:rPr>
          <w:rFonts w:eastAsia="微軟正黑體"/>
          <w:lang w:eastAsia="zh-TW"/>
        </w:rPr>
      </w:pPr>
      <w:r w:rsidRPr="00A42413">
        <w:rPr>
          <w:rFonts w:eastAsia="微軟正黑體"/>
          <w:lang w:eastAsia="zh-TW"/>
        </w:rPr>
        <w:t xml:space="preserve">說明：一、本申請表僅供全校各單位依業務需要，必須使用其他處室所保存之學生基本資料，提出申請時使用。 </w:t>
      </w:r>
    </w:p>
    <w:p w:rsidR="00356926" w:rsidRPr="00A42413" w:rsidRDefault="00356926" w:rsidP="00356926">
      <w:pPr>
        <w:ind w:leftChars="386" w:left="1131" w:hangingChars="128" w:hanging="282"/>
        <w:rPr>
          <w:rFonts w:eastAsia="微軟正黑體"/>
          <w:lang w:eastAsia="zh-TW"/>
        </w:rPr>
      </w:pPr>
      <w:r w:rsidRPr="00A42413">
        <w:rPr>
          <w:rFonts w:eastAsia="微軟正黑體"/>
          <w:lang w:eastAsia="zh-TW"/>
        </w:rPr>
        <w:t>二、學生基本資料受個人資料保護法保障，請承辦人及單位謹慎使用，切勿外</w:t>
      </w:r>
      <w:proofErr w:type="gramStart"/>
      <w:r w:rsidRPr="00A42413">
        <w:rPr>
          <w:rFonts w:eastAsia="微軟正黑體"/>
          <w:lang w:eastAsia="zh-TW"/>
        </w:rPr>
        <w:t>洩</w:t>
      </w:r>
      <w:proofErr w:type="gramEnd"/>
      <w:r w:rsidRPr="00A42413">
        <w:rPr>
          <w:rFonts w:eastAsia="微軟正黑體"/>
          <w:lang w:eastAsia="zh-TW"/>
        </w:rPr>
        <w:t>。</w:t>
      </w:r>
    </w:p>
    <w:p w:rsidR="00356926" w:rsidRPr="00A42413" w:rsidRDefault="00356926" w:rsidP="00356926">
      <w:pPr>
        <w:ind w:leftChars="386" w:left="1131" w:hangingChars="128" w:hanging="282"/>
        <w:rPr>
          <w:rFonts w:eastAsia="微軟正黑體"/>
          <w:lang w:eastAsia="zh-TW"/>
        </w:rPr>
      </w:pPr>
      <w:r w:rsidRPr="00A42413">
        <w:rPr>
          <w:rFonts w:eastAsia="微軟正黑體"/>
          <w:lang w:eastAsia="zh-TW"/>
        </w:rPr>
        <w:t>三、本申請表填妥並核章完成後，請</w:t>
      </w:r>
      <w:proofErr w:type="gramStart"/>
      <w:r w:rsidRPr="00A42413">
        <w:rPr>
          <w:rFonts w:eastAsia="微軟正黑體"/>
          <w:lang w:eastAsia="zh-TW"/>
        </w:rPr>
        <w:t>逕</w:t>
      </w:r>
      <w:proofErr w:type="gramEnd"/>
      <w:r w:rsidRPr="00A42413">
        <w:rPr>
          <w:rFonts w:eastAsia="微軟正黑體"/>
          <w:lang w:eastAsia="zh-TW"/>
        </w:rPr>
        <w:t xml:space="preserve">送教務處資訊組歸檔。 </w:t>
      </w:r>
    </w:p>
    <w:p w:rsidR="00356926" w:rsidRDefault="00356926" w:rsidP="00356926">
      <w:pPr>
        <w:ind w:leftChars="386" w:left="1131" w:hangingChars="128" w:hanging="282"/>
        <w:rPr>
          <w:rFonts w:eastAsia="微軟正黑體"/>
          <w:lang w:eastAsia="zh-TW"/>
        </w:rPr>
      </w:pPr>
      <w:r w:rsidRPr="00A42413">
        <w:rPr>
          <w:rFonts w:eastAsia="微軟正黑體"/>
          <w:lang w:eastAsia="zh-TW"/>
        </w:rPr>
        <w:t xml:space="preserve">四、本申請表核章完成後，依各單位之需求辦理。 </w:t>
      </w:r>
    </w:p>
    <w:p w:rsidR="00356926" w:rsidRDefault="00356926" w:rsidP="00356926">
      <w:pPr>
        <w:ind w:leftChars="386" w:left="1131" w:hangingChars="128" w:hanging="282"/>
        <w:rPr>
          <w:rFonts w:eastAsia="微軟正黑體"/>
          <w:lang w:eastAsia="zh-TW"/>
        </w:rPr>
      </w:pPr>
    </w:p>
    <w:p w:rsidR="00356926" w:rsidRDefault="00356926" w:rsidP="00356926">
      <w:pPr>
        <w:jc w:val="right"/>
        <w:rPr>
          <w:lang w:eastAsia="zh-TW"/>
        </w:rPr>
      </w:pPr>
      <w:r>
        <w:rPr>
          <w:lang w:eastAsia="zh-TW"/>
        </w:rPr>
        <w:lastRenderedPageBreak/>
        <w:t>表單</w:t>
      </w:r>
      <w:r>
        <w:rPr>
          <w:lang w:eastAsia="zh-TW"/>
        </w:rPr>
        <w:t xml:space="preserve"> 2 </w:t>
      </w:r>
    </w:p>
    <w:p w:rsidR="00356926" w:rsidRPr="00242EA4" w:rsidRDefault="00356926" w:rsidP="00356926">
      <w:pPr>
        <w:jc w:val="center"/>
        <w:rPr>
          <w:rFonts w:eastAsia="微軟正黑體"/>
          <w:b/>
          <w:sz w:val="32"/>
          <w:lang w:eastAsia="zh-TW"/>
        </w:rPr>
      </w:pPr>
      <w:r w:rsidRPr="00242EA4">
        <w:rPr>
          <w:rFonts w:eastAsia="微軟正黑體"/>
          <w:b/>
          <w:sz w:val="32"/>
          <w:lang w:eastAsia="zh-TW"/>
        </w:rPr>
        <w:t>學生</w:t>
      </w:r>
      <w:proofErr w:type="gramStart"/>
      <w:r w:rsidRPr="00242EA4">
        <w:rPr>
          <w:rFonts w:eastAsia="微軟正黑體"/>
          <w:b/>
          <w:sz w:val="32"/>
          <w:lang w:eastAsia="zh-TW"/>
        </w:rPr>
        <w:t>個人資料個人資料</w:t>
      </w:r>
      <w:proofErr w:type="gramEnd"/>
      <w:r w:rsidRPr="00242EA4">
        <w:rPr>
          <w:rFonts w:eastAsia="微軟正黑體"/>
          <w:b/>
          <w:sz w:val="32"/>
          <w:lang w:eastAsia="zh-TW"/>
        </w:rPr>
        <w:t xml:space="preserve">使用同意書 </w:t>
      </w:r>
    </w:p>
    <w:p w:rsidR="00356926" w:rsidRPr="00242EA4" w:rsidRDefault="00356926" w:rsidP="00356926">
      <w:pPr>
        <w:spacing w:line="220" w:lineRule="exact"/>
        <w:rPr>
          <w:rFonts w:ascii="標楷體" w:eastAsia="標楷體" w:hAnsi="標楷體"/>
          <w:lang w:eastAsia="zh-TW"/>
        </w:rPr>
      </w:pPr>
      <w:r w:rsidRPr="00413037">
        <w:rPr>
          <w:rFonts w:ascii="標楷體" w:eastAsia="標楷體" w:hAnsi="標楷體"/>
          <w:lang w:eastAsia="zh-TW"/>
        </w:rPr>
        <w:t>在報名</w:t>
      </w:r>
      <w:r w:rsidRPr="00242EA4">
        <w:rPr>
          <w:rFonts w:ascii="標楷體" w:eastAsia="標楷體" w:hAnsi="標楷體"/>
          <w:lang w:eastAsia="zh-TW"/>
        </w:rPr>
        <w:t xml:space="preserve">註冊前請您先詳細閱讀以下約定條款： </w:t>
      </w:r>
    </w:p>
    <w:p w:rsidR="00356926" w:rsidRPr="00242EA4" w:rsidRDefault="00356926" w:rsidP="00356926">
      <w:pPr>
        <w:spacing w:line="220" w:lineRule="exact"/>
        <w:rPr>
          <w:rFonts w:ascii="標楷體" w:eastAsia="標楷體" w:hAnsi="標楷體"/>
          <w:lang w:eastAsia="zh-TW"/>
        </w:rPr>
      </w:pPr>
      <w:r w:rsidRPr="00242EA4">
        <w:rPr>
          <w:rFonts w:ascii="標楷體" w:eastAsia="標楷體" w:hAnsi="標楷體"/>
          <w:lang w:eastAsia="zh-TW"/>
        </w:rPr>
        <w:t>本同意書係依據個人資料保護法第八條之規定，於蒐集您的個人資料時進行法定告知</w:t>
      </w:r>
    </w:p>
    <w:p w:rsidR="00356926" w:rsidRPr="00242EA4" w:rsidRDefault="00356926" w:rsidP="00356926">
      <w:pPr>
        <w:spacing w:line="220" w:lineRule="exact"/>
        <w:rPr>
          <w:rFonts w:ascii="標楷體" w:eastAsia="標楷體" w:hAnsi="標楷體"/>
          <w:lang w:eastAsia="zh-TW"/>
        </w:rPr>
      </w:pPr>
      <w:r w:rsidRPr="00242EA4">
        <w:rPr>
          <w:rFonts w:ascii="標楷體" w:eastAsia="標楷體" w:hAnsi="標楷體"/>
          <w:lang w:eastAsia="zh-TW"/>
        </w:rPr>
        <w:t xml:space="preserve">義務。 </w:t>
      </w:r>
    </w:p>
    <w:p w:rsidR="00356926" w:rsidRPr="00242EA4" w:rsidRDefault="00356926" w:rsidP="00356926">
      <w:pPr>
        <w:spacing w:line="220" w:lineRule="exact"/>
        <w:ind w:left="565" w:hangingChars="257" w:hanging="565"/>
        <w:rPr>
          <w:rFonts w:ascii="標楷體" w:eastAsia="標楷體" w:hAnsi="標楷體"/>
          <w:lang w:eastAsia="zh-TW"/>
        </w:rPr>
      </w:pPr>
      <w:r w:rsidRPr="00242EA4">
        <w:rPr>
          <w:rFonts w:ascii="標楷體" w:eastAsia="標楷體" w:hAnsi="標楷體"/>
          <w:lang w:eastAsia="zh-TW"/>
        </w:rPr>
        <w:t xml:space="preserve">一、蒐集單位名稱: </w:t>
      </w:r>
      <w:r w:rsidR="00413037">
        <w:rPr>
          <w:rFonts w:ascii="標楷體" w:eastAsia="標楷體" w:hAnsi="標楷體" w:hint="eastAsia"/>
          <w:lang w:eastAsia="zh-TW"/>
        </w:rPr>
        <w:t>未來學校財團法人臺東縣私立育仁國民中學</w:t>
      </w:r>
    </w:p>
    <w:p w:rsidR="00356926" w:rsidRPr="00242EA4" w:rsidRDefault="00356926" w:rsidP="00356926">
      <w:pPr>
        <w:spacing w:line="220" w:lineRule="exact"/>
        <w:ind w:left="425" w:hangingChars="193" w:hanging="425"/>
        <w:rPr>
          <w:rFonts w:ascii="標楷體" w:eastAsia="標楷體" w:hAnsi="標楷體"/>
          <w:lang w:eastAsia="zh-TW"/>
        </w:rPr>
      </w:pPr>
      <w:r w:rsidRPr="00242EA4">
        <w:rPr>
          <w:rFonts w:ascii="標楷體" w:eastAsia="標楷體" w:hAnsi="標楷體"/>
          <w:lang w:eastAsia="zh-TW"/>
        </w:rPr>
        <w:t xml:space="preserve">二、蒐集目的:本校蒐集您個人資料的目的在於進行本校所辦理之研習營各項準備與聯繫事宜、內部各項統計調查與分析與本校依法設立之法定義務作業使用。 </w:t>
      </w:r>
    </w:p>
    <w:p w:rsidR="00356926" w:rsidRPr="00242EA4" w:rsidRDefault="00356926" w:rsidP="00356926">
      <w:pPr>
        <w:spacing w:line="220" w:lineRule="exact"/>
        <w:ind w:left="565" w:hangingChars="257" w:hanging="565"/>
        <w:rPr>
          <w:rFonts w:ascii="標楷體" w:eastAsia="標楷體" w:hAnsi="標楷體"/>
          <w:lang w:eastAsia="zh-TW"/>
        </w:rPr>
      </w:pPr>
      <w:r w:rsidRPr="00242EA4">
        <w:rPr>
          <w:rFonts w:ascii="標楷體" w:eastAsia="標楷體" w:hAnsi="標楷體"/>
          <w:lang w:eastAsia="zh-TW"/>
        </w:rPr>
        <w:t xml:space="preserve">三、法定之特定目的為： </w:t>
      </w:r>
    </w:p>
    <w:p w:rsidR="00356926" w:rsidRPr="00242EA4" w:rsidRDefault="00356926" w:rsidP="00356926">
      <w:pPr>
        <w:spacing w:line="220" w:lineRule="exact"/>
        <w:ind w:leftChars="256" w:left="563" w:firstLine="2"/>
        <w:rPr>
          <w:rFonts w:ascii="標楷體" w:eastAsia="標楷體" w:hAnsi="標楷體"/>
          <w:lang w:eastAsia="zh-TW"/>
        </w:rPr>
      </w:pPr>
      <w:r w:rsidRPr="00242EA4">
        <w:rPr>
          <w:rFonts w:ascii="標楷體" w:eastAsia="標楷體" w:hAnsi="標楷體"/>
          <w:lang w:eastAsia="zh-TW"/>
        </w:rPr>
        <w:t xml:space="preserve">109 教育或訓練行政、150 輔助性與後勤支援管理、159 學術研究、 </w:t>
      </w:r>
    </w:p>
    <w:p w:rsidR="00356926" w:rsidRPr="00242EA4" w:rsidRDefault="00356926" w:rsidP="00356926">
      <w:pPr>
        <w:spacing w:line="220" w:lineRule="exact"/>
        <w:ind w:leftChars="256" w:left="563" w:firstLine="2"/>
        <w:rPr>
          <w:rFonts w:ascii="標楷體" w:eastAsia="標楷體" w:hAnsi="標楷體"/>
          <w:lang w:eastAsia="zh-TW"/>
        </w:rPr>
      </w:pPr>
      <w:r w:rsidRPr="00242EA4">
        <w:rPr>
          <w:rFonts w:ascii="標楷體" w:eastAsia="標楷體" w:hAnsi="標楷體"/>
          <w:lang w:eastAsia="zh-TW"/>
        </w:rPr>
        <w:t>181 其他經營合於營業登記項目或組織章程所定之業務。</w:t>
      </w:r>
    </w:p>
    <w:p w:rsidR="00356926" w:rsidRPr="00242EA4" w:rsidRDefault="00356926" w:rsidP="00356926">
      <w:pPr>
        <w:spacing w:line="220" w:lineRule="exact"/>
        <w:ind w:left="565" w:hangingChars="257" w:hanging="565"/>
        <w:rPr>
          <w:rFonts w:ascii="標楷體" w:eastAsia="標楷體" w:hAnsi="標楷體"/>
          <w:lang w:eastAsia="zh-TW"/>
        </w:rPr>
      </w:pPr>
      <w:r w:rsidRPr="00242EA4">
        <w:rPr>
          <w:rFonts w:ascii="標楷體" w:eastAsia="標楷體" w:hAnsi="標楷體"/>
          <w:lang w:eastAsia="zh-TW"/>
        </w:rPr>
        <w:t xml:space="preserve">四、蒐集個人資料類別: </w:t>
      </w:r>
    </w:p>
    <w:p w:rsidR="00356926" w:rsidRPr="00242EA4" w:rsidRDefault="00356926" w:rsidP="00356926">
      <w:pPr>
        <w:spacing w:line="220" w:lineRule="exact"/>
        <w:ind w:leftChars="193" w:left="564" w:hangingChars="63" w:hanging="139"/>
        <w:rPr>
          <w:rFonts w:ascii="標楷體" w:eastAsia="標楷體" w:hAnsi="標楷體"/>
          <w:lang w:eastAsia="zh-TW"/>
        </w:rPr>
      </w:pPr>
      <w:r w:rsidRPr="00242EA4">
        <w:rPr>
          <w:rFonts w:ascii="標楷體" w:eastAsia="標楷體" w:hAnsi="標楷體"/>
          <w:lang w:eastAsia="zh-TW"/>
        </w:rPr>
        <w:t>蒐集個人資料類別屬於法務部定義個人資料保護法蒐集類別，</w:t>
      </w:r>
      <w:proofErr w:type="gramStart"/>
      <w:r w:rsidRPr="00242EA4">
        <w:rPr>
          <w:rFonts w:ascii="標楷體" w:eastAsia="標楷體" w:hAnsi="標楷體"/>
          <w:lang w:eastAsia="zh-TW"/>
        </w:rPr>
        <w:t>均依主管機關</w:t>
      </w:r>
      <w:proofErr w:type="gramEnd"/>
      <w:r w:rsidRPr="00242EA4">
        <w:rPr>
          <w:rFonts w:ascii="標楷體" w:eastAsia="標楷體" w:hAnsi="標楷體"/>
          <w:lang w:eastAsia="zh-TW"/>
        </w:rPr>
        <w:t>公佈之</w:t>
      </w:r>
    </w:p>
    <w:p w:rsidR="00356926" w:rsidRPr="00242EA4" w:rsidRDefault="00356926" w:rsidP="00356926">
      <w:pPr>
        <w:spacing w:line="220" w:lineRule="exact"/>
        <w:ind w:leftChars="193" w:left="564" w:hangingChars="63" w:hanging="139"/>
        <w:rPr>
          <w:rFonts w:ascii="標楷體" w:eastAsia="標楷體" w:hAnsi="標楷體"/>
          <w:lang w:eastAsia="zh-TW"/>
        </w:rPr>
      </w:pPr>
      <w:r w:rsidRPr="00242EA4">
        <w:rPr>
          <w:rFonts w:ascii="標楷體" w:eastAsia="標楷體" w:hAnsi="標楷體"/>
          <w:lang w:eastAsia="zh-TW"/>
        </w:rPr>
        <w:t xml:space="preserve">內容辦理，本同意書蒐集以下類別：C001/辨識個人者、C038/職業。 </w:t>
      </w:r>
    </w:p>
    <w:p w:rsidR="00356926" w:rsidRPr="00242EA4" w:rsidRDefault="00356926" w:rsidP="00356926">
      <w:pPr>
        <w:spacing w:line="220" w:lineRule="exact"/>
        <w:ind w:left="565" w:hangingChars="257" w:hanging="565"/>
        <w:rPr>
          <w:rFonts w:ascii="標楷體" w:eastAsia="標楷體" w:hAnsi="標楷體"/>
          <w:lang w:eastAsia="zh-TW"/>
        </w:rPr>
      </w:pPr>
      <w:r w:rsidRPr="00242EA4">
        <w:rPr>
          <w:rFonts w:ascii="標楷體" w:eastAsia="標楷體" w:hAnsi="標楷體"/>
          <w:lang w:eastAsia="zh-TW"/>
        </w:rPr>
        <w:t>五、使用</w:t>
      </w:r>
      <w:proofErr w:type="gramStart"/>
      <w:r w:rsidRPr="00242EA4">
        <w:rPr>
          <w:rFonts w:ascii="標楷體" w:eastAsia="標楷體" w:hAnsi="標楷體"/>
          <w:lang w:eastAsia="zh-TW"/>
        </w:rPr>
        <w:t>期間、</w:t>
      </w:r>
      <w:proofErr w:type="gramEnd"/>
      <w:r w:rsidRPr="00242EA4">
        <w:rPr>
          <w:rFonts w:ascii="標楷體" w:eastAsia="標楷體" w:hAnsi="標楷體"/>
          <w:lang w:eastAsia="zh-TW"/>
        </w:rPr>
        <w:t xml:space="preserve">地區、對象及方式 </w:t>
      </w:r>
    </w:p>
    <w:p w:rsidR="00356926" w:rsidRPr="00242EA4" w:rsidRDefault="00356926" w:rsidP="00356926">
      <w:pPr>
        <w:spacing w:line="220" w:lineRule="exact"/>
        <w:ind w:firstLineChars="129" w:firstLine="284"/>
        <w:rPr>
          <w:rFonts w:ascii="標楷體" w:eastAsia="標楷體" w:hAnsi="標楷體"/>
          <w:lang w:eastAsia="zh-TW"/>
        </w:rPr>
      </w:pPr>
      <w:r w:rsidRPr="00242EA4">
        <w:rPr>
          <w:rFonts w:ascii="標楷體" w:eastAsia="標楷體" w:hAnsi="標楷體"/>
          <w:lang w:eastAsia="zh-TW"/>
        </w:rPr>
        <w:t>(</w:t>
      </w:r>
      <w:proofErr w:type="gramStart"/>
      <w:r w:rsidRPr="00242EA4">
        <w:rPr>
          <w:rFonts w:ascii="標楷體" w:eastAsia="標楷體" w:hAnsi="標楷體"/>
          <w:lang w:eastAsia="zh-TW"/>
        </w:rPr>
        <w:t>一</w:t>
      </w:r>
      <w:proofErr w:type="gramEnd"/>
      <w:r w:rsidRPr="00242EA4">
        <w:rPr>
          <w:rFonts w:ascii="標楷體" w:eastAsia="標楷體" w:hAnsi="標楷體"/>
          <w:lang w:eastAsia="zh-TW"/>
        </w:rPr>
        <w:t>)個人資料之利用期間為本組織或業務之存續</w:t>
      </w:r>
      <w:proofErr w:type="gramStart"/>
      <w:r w:rsidRPr="00242EA4">
        <w:rPr>
          <w:rFonts w:ascii="標楷體" w:eastAsia="標楷體" w:hAnsi="標楷體"/>
          <w:lang w:eastAsia="zh-TW"/>
        </w:rPr>
        <w:t>期間，</w:t>
      </w:r>
      <w:proofErr w:type="gramEnd"/>
      <w:r w:rsidRPr="00242EA4">
        <w:rPr>
          <w:rFonts w:ascii="標楷體" w:eastAsia="標楷體" w:hAnsi="標楷體"/>
          <w:lang w:eastAsia="zh-TW"/>
        </w:rPr>
        <w:t xml:space="preserve">利用地區不限。 </w:t>
      </w:r>
    </w:p>
    <w:p w:rsidR="00356926" w:rsidRPr="00242EA4" w:rsidRDefault="00356926" w:rsidP="00356926">
      <w:pPr>
        <w:spacing w:line="220" w:lineRule="exact"/>
        <w:ind w:firstLineChars="129" w:firstLine="284"/>
        <w:rPr>
          <w:rFonts w:ascii="標楷體" w:eastAsia="標楷體" w:hAnsi="標楷體"/>
          <w:lang w:eastAsia="zh-TW"/>
        </w:rPr>
      </w:pPr>
      <w:r w:rsidRPr="00242EA4">
        <w:rPr>
          <w:rFonts w:ascii="標楷體" w:eastAsia="標楷體" w:hAnsi="標楷體"/>
          <w:lang w:eastAsia="zh-TW"/>
        </w:rPr>
        <w:t xml:space="preserve">(二)利用方式及對象: </w:t>
      </w:r>
    </w:p>
    <w:p w:rsidR="00356926" w:rsidRPr="00242EA4" w:rsidRDefault="00356926" w:rsidP="00356926">
      <w:pPr>
        <w:spacing w:line="220" w:lineRule="exact"/>
        <w:ind w:leftChars="258" w:left="993" w:hangingChars="193" w:hanging="425"/>
        <w:rPr>
          <w:rFonts w:ascii="標楷體" w:eastAsia="標楷體" w:hAnsi="標楷體"/>
          <w:lang w:eastAsia="zh-TW"/>
        </w:rPr>
      </w:pPr>
      <w:r w:rsidRPr="00242EA4">
        <w:rPr>
          <w:rFonts w:ascii="標楷體" w:eastAsia="標楷體" w:hAnsi="標楷體"/>
          <w:lang w:eastAsia="zh-TW"/>
        </w:rPr>
        <w:t xml:space="preserve">1. 利用於本校於蒐集之目的宣告之各項業務執行，包括因業務執行所必須進行之各項聯繫及通知。 </w:t>
      </w:r>
    </w:p>
    <w:p w:rsidR="00356926" w:rsidRPr="00242EA4" w:rsidRDefault="00356926" w:rsidP="00356926">
      <w:pPr>
        <w:spacing w:line="220" w:lineRule="exact"/>
        <w:ind w:leftChars="258" w:left="993" w:hangingChars="193" w:hanging="425"/>
        <w:rPr>
          <w:rFonts w:ascii="標楷體" w:eastAsia="標楷體" w:hAnsi="標楷體"/>
          <w:lang w:eastAsia="zh-TW"/>
        </w:rPr>
      </w:pPr>
      <w:r w:rsidRPr="00242EA4">
        <w:rPr>
          <w:rFonts w:ascii="標楷體" w:eastAsia="標楷體" w:hAnsi="標楷體"/>
          <w:lang w:eastAsia="zh-TW"/>
        </w:rPr>
        <w:t>2. 利用於政府機關、目的事業主管機關依其法定職掌請求提供時。</w:t>
      </w:r>
    </w:p>
    <w:p w:rsidR="00356926" w:rsidRPr="00242EA4" w:rsidRDefault="00356926" w:rsidP="00356926">
      <w:pPr>
        <w:spacing w:line="220" w:lineRule="exact"/>
        <w:rPr>
          <w:rFonts w:ascii="標楷體" w:eastAsia="標楷體" w:hAnsi="標楷體"/>
          <w:lang w:eastAsia="zh-TW"/>
        </w:rPr>
      </w:pPr>
      <w:r w:rsidRPr="00242EA4">
        <w:rPr>
          <w:rFonts w:ascii="標楷體" w:eastAsia="標楷體" w:hAnsi="標楷體"/>
          <w:lang w:eastAsia="zh-TW"/>
        </w:rPr>
        <w:t xml:space="preserve">六、個人資料之權利及權益 </w:t>
      </w:r>
    </w:p>
    <w:p w:rsidR="00356926" w:rsidRPr="00242EA4" w:rsidRDefault="00356926" w:rsidP="00356926">
      <w:pPr>
        <w:spacing w:line="220" w:lineRule="exact"/>
        <w:ind w:firstLineChars="129" w:firstLine="284"/>
        <w:rPr>
          <w:rFonts w:ascii="標楷體" w:eastAsia="標楷體" w:hAnsi="標楷體"/>
          <w:lang w:eastAsia="zh-TW"/>
        </w:rPr>
      </w:pPr>
      <w:r w:rsidRPr="00242EA4">
        <w:rPr>
          <w:rFonts w:ascii="標楷體" w:eastAsia="標楷體" w:hAnsi="標楷體"/>
          <w:lang w:eastAsia="zh-TW"/>
        </w:rPr>
        <w:t>(</w:t>
      </w:r>
      <w:proofErr w:type="gramStart"/>
      <w:r w:rsidRPr="00242EA4">
        <w:rPr>
          <w:rFonts w:ascii="標楷體" w:eastAsia="標楷體" w:hAnsi="標楷體"/>
          <w:lang w:eastAsia="zh-TW"/>
        </w:rPr>
        <w:t>一</w:t>
      </w:r>
      <w:proofErr w:type="gramEnd"/>
      <w:r w:rsidRPr="00242EA4">
        <w:rPr>
          <w:rFonts w:ascii="標楷體" w:eastAsia="標楷體" w:hAnsi="標楷體"/>
          <w:lang w:eastAsia="zh-TW"/>
        </w:rPr>
        <w:t xml:space="preserve">)您得依法請求行使個人資料保護法第三條所規範之個人權利。 </w:t>
      </w:r>
    </w:p>
    <w:p w:rsidR="00356926" w:rsidRPr="00242EA4" w:rsidRDefault="00356926" w:rsidP="00356926">
      <w:pPr>
        <w:spacing w:line="240" w:lineRule="exact"/>
        <w:ind w:leftChars="129" w:left="709" w:hangingChars="193" w:hanging="425"/>
        <w:rPr>
          <w:rFonts w:ascii="標楷體" w:eastAsia="標楷體" w:hAnsi="標楷體"/>
          <w:lang w:eastAsia="zh-TW"/>
        </w:rPr>
      </w:pPr>
      <w:r w:rsidRPr="00242EA4">
        <w:rPr>
          <w:rFonts w:ascii="標楷體" w:eastAsia="標楷體" w:hAnsi="標楷體"/>
          <w:lang w:eastAsia="zh-TW"/>
        </w:rPr>
        <w:t>(二)請求進行之方式，應由當事人以正式書面來函，詳細寫明所欲行使之權利種類、內容以及當事人連絡資訊，未具備上述要件者，為尚未完成請求之程序，本中心得通知當事人補件，並於完成補件後，始完成請求程序，並開始起算辦理</w:t>
      </w:r>
      <w:proofErr w:type="gramStart"/>
      <w:r w:rsidRPr="00242EA4">
        <w:rPr>
          <w:rFonts w:ascii="標楷體" w:eastAsia="標楷體" w:hAnsi="標楷體"/>
          <w:lang w:eastAsia="zh-TW"/>
        </w:rPr>
        <w:t>期間，</w:t>
      </w:r>
      <w:proofErr w:type="gramEnd"/>
      <w:r w:rsidRPr="00242EA4">
        <w:rPr>
          <w:rFonts w:ascii="標楷體" w:eastAsia="標楷體" w:hAnsi="標楷體"/>
          <w:lang w:eastAsia="zh-TW"/>
        </w:rPr>
        <w:t xml:space="preserve">以避免因資料不備而不慎或不當損害當事人權利。 </w:t>
      </w:r>
    </w:p>
    <w:p w:rsidR="00356926" w:rsidRPr="00242EA4" w:rsidRDefault="00356926" w:rsidP="00356926">
      <w:pPr>
        <w:spacing w:line="240" w:lineRule="exact"/>
        <w:ind w:leftChars="129" w:left="709" w:hangingChars="193" w:hanging="425"/>
        <w:rPr>
          <w:rFonts w:ascii="標楷體" w:eastAsia="標楷體" w:hAnsi="標楷體"/>
          <w:lang w:eastAsia="zh-TW"/>
        </w:rPr>
      </w:pPr>
      <w:r w:rsidRPr="00242EA4">
        <w:rPr>
          <w:rFonts w:ascii="標楷體" w:eastAsia="標楷體" w:hAnsi="標楷體"/>
          <w:lang w:eastAsia="zh-TW"/>
        </w:rPr>
        <w:t xml:space="preserve">(三)本校於蒐集您的個人資料時，如有欄位標示為選擇性填寫，當您選擇不提供該個人資料時將不造成任何之權利影響。 </w:t>
      </w:r>
    </w:p>
    <w:p w:rsidR="00356926" w:rsidRPr="00242EA4" w:rsidRDefault="00356926" w:rsidP="00356926">
      <w:pPr>
        <w:spacing w:line="240" w:lineRule="exact"/>
        <w:rPr>
          <w:rFonts w:ascii="標楷體" w:eastAsia="標楷體" w:hAnsi="標楷體"/>
          <w:lang w:eastAsia="zh-TW"/>
        </w:rPr>
      </w:pPr>
      <w:r w:rsidRPr="00242EA4">
        <w:rPr>
          <w:rFonts w:ascii="標楷體" w:eastAsia="標楷體" w:hAnsi="標楷體"/>
          <w:lang w:eastAsia="zh-TW"/>
        </w:rPr>
        <w:t>七、本校保有修訂本同意書之權利，本校於修正本同意書內容</w:t>
      </w:r>
      <w:proofErr w:type="gramStart"/>
      <w:r w:rsidRPr="00242EA4">
        <w:rPr>
          <w:rFonts w:ascii="標楷體" w:eastAsia="標楷體" w:hAnsi="標楷體"/>
          <w:lang w:eastAsia="zh-TW"/>
        </w:rPr>
        <w:t>後將且透過</w:t>
      </w:r>
      <w:proofErr w:type="gramEnd"/>
      <w:r w:rsidRPr="00242EA4">
        <w:rPr>
          <w:rFonts w:ascii="標楷體" w:eastAsia="標楷體" w:hAnsi="標楷體"/>
          <w:lang w:eastAsia="zh-TW"/>
        </w:rPr>
        <w:t xml:space="preserve">您所提供之的聯絡方式通知您，如您未提出異議，表示您已同意本校所更改之內容。 </w:t>
      </w:r>
    </w:p>
    <w:p w:rsidR="00356926" w:rsidRPr="00242EA4" w:rsidRDefault="00356926" w:rsidP="00356926">
      <w:pPr>
        <w:spacing w:line="240" w:lineRule="exact"/>
        <w:rPr>
          <w:rFonts w:ascii="標楷體" w:eastAsia="標楷體" w:hAnsi="標楷體"/>
          <w:lang w:eastAsia="zh-TW"/>
        </w:rPr>
      </w:pPr>
      <w:r w:rsidRPr="00242EA4">
        <w:rPr>
          <w:rFonts w:ascii="標楷體" w:eastAsia="標楷體" w:hAnsi="標楷體"/>
          <w:lang w:eastAsia="zh-TW"/>
        </w:rPr>
        <w:t xml:space="preserve">本人已詳閱以上告知內容，並同意以上之告知內容 </w:t>
      </w:r>
    </w:p>
    <w:p w:rsidR="00356926" w:rsidRPr="00242EA4" w:rsidRDefault="00356926" w:rsidP="00356926">
      <w:pPr>
        <w:spacing w:line="240" w:lineRule="exact"/>
        <w:rPr>
          <w:rFonts w:ascii="標楷體" w:eastAsia="標楷體" w:hAnsi="標楷體"/>
          <w:lang w:eastAsia="zh-TW"/>
        </w:rPr>
      </w:pPr>
      <w:r w:rsidRPr="00242EA4">
        <w:rPr>
          <w:rFonts w:ascii="標楷體" w:eastAsia="標楷體" w:hAnsi="標楷體"/>
          <w:lang w:eastAsia="zh-TW"/>
        </w:rPr>
        <w:t xml:space="preserve">（     ）我已詳閱本同意書，瞭解並同意受同意書之拘束 （請打勾） </w:t>
      </w:r>
    </w:p>
    <w:p w:rsidR="00356926" w:rsidRPr="00242EA4" w:rsidRDefault="00356926" w:rsidP="00356926">
      <w:pPr>
        <w:spacing w:line="240" w:lineRule="exact"/>
        <w:rPr>
          <w:rFonts w:ascii="標楷體" w:eastAsia="標楷體" w:hAnsi="標楷體"/>
          <w:lang w:eastAsia="zh-TW"/>
        </w:rPr>
      </w:pPr>
    </w:p>
    <w:p w:rsidR="00356926" w:rsidRPr="00242EA4" w:rsidRDefault="00356926" w:rsidP="00356926">
      <w:pPr>
        <w:spacing w:line="240" w:lineRule="exact"/>
        <w:rPr>
          <w:rFonts w:ascii="標楷體" w:eastAsia="標楷體" w:hAnsi="標楷體"/>
          <w:lang w:eastAsia="zh-TW"/>
        </w:rPr>
      </w:pPr>
      <w:r w:rsidRPr="00242EA4">
        <w:rPr>
          <w:rFonts w:ascii="標楷體" w:eastAsia="標楷體" w:hAnsi="標楷體"/>
          <w:lang w:eastAsia="zh-TW"/>
        </w:rPr>
        <w:t xml:space="preserve">報名者:_______________(本人簽名) </w:t>
      </w:r>
    </w:p>
    <w:p w:rsidR="00356926" w:rsidRPr="00242EA4" w:rsidRDefault="00356926" w:rsidP="00356926">
      <w:pPr>
        <w:spacing w:line="240" w:lineRule="exact"/>
        <w:jc w:val="distribute"/>
        <w:rPr>
          <w:rFonts w:ascii="標楷體" w:eastAsia="標楷體" w:hAnsi="標楷體"/>
          <w:lang w:eastAsia="zh-TW"/>
        </w:rPr>
      </w:pPr>
      <w:r w:rsidRPr="00242EA4">
        <w:rPr>
          <w:rFonts w:ascii="標楷體" w:eastAsia="標楷體" w:hAnsi="標楷體"/>
          <w:lang w:eastAsia="zh-TW"/>
        </w:rPr>
        <w:t xml:space="preserve">中     華     民     國       年       月       日 </w:t>
      </w:r>
    </w:p>
    <w:p w:rsidR="00356926" w:rsidRDefault="00356926" w:rsidP="00356926">
      <w:pPr>
        <w:jc w:val="right"/>
        <w:rPr>
          <w:lang w:eastAsia="zh-TW"/>
        </w:rPr>
      </w:pPr>
      <w:r>
        <w:rPr>
          <w:lang w:eastAsia="zh-TW"/>
        </w:rPr>
        <w:lastRenderedPageBreak/>
        <w:t>表單</w:t>
      </w:r>
      <w:r>
        <w:rPr>
          <w:lang w:eastAsia="zh-TW"/>
        </w:rPr>
        <w:t xml:space="preserve"> 3 </w:t>
      </w:r>
    </w:p>
    <w:p w:rsidR="00356926" w:rsidRPr="007451D0" w:rsidRDefault="00413037" w:rsidP="00356926">
      <w:pPr>
        <w:jc w:val="center"/>
        <w:rPr>
          <w:rFonts w:ascii="標楷體" w:eastAsia="標楷體" w:hAnsi="標楷體"/>
          <w:b/>
          <w:sz w:val="32"/>
          <w:lang w:eastAsia="zh-TW"/>
        </w:rPr>
      </w:pPr>
      <w:r>
        <w:rPr>
          <w:rFonts w:ascii="標楷體" w:eastAsia="標楷體" w:hAnsi="標楷體" w:hint="eastAsia"/>
          <w:b/>
          <w:sz w:val="32"/>
          <w:lang w:eastAsia="zh-TW"/>
        </w:rPr>
        <w:t>未來學校財團法人</w:t>
      </w:r>
      <w:proofErr w:type="gramStart"/>
      <w:r>
        <w:rPr>
          <w:rFonts w:ascii="標楷體" w:eastAsia="標楷體" w:hAnsi="標楷體" w:hint="eastAsia"/>
          <w:b/>
          <w:sz w:val="32"/>
          <w:lang w:eastAsia="zh-TW"/>
        </w:rPr>
        <w:t>臺</w:t>
      </w:r>
      <w:proofErr w:type="gramEnd"/>
      <w:r>
        <w:rPr>
          <w:rFonts w:ascii="標楷體" w:eastAsia="標楷體" w:hAnsi="標楷體" w:hint="eastAsia"/>
          <w:b/>
          <w:sz w:val="32"/>
          <w:lang w:eastAsia="zh-TW"/>
        </w:rPr>
        <w:t>東縣私立育仁國民中學</w:t>
      </w:r>
      <w:r w:rsidR="00356926" w:rsidRPr="007451D0">
        <w:rPr>
          <w:rFonts w:ascii="標楷體" w:eastAsia="標楷體" w:hAnsi="標楷體"/>
          <w:b/>
          <w:sz w:val="32"/>
          <w:lang w:eastAsia="zh-TW"/>
        </w:rPr>
        <w:t>保密切結書</w:t>
      </w:r>
    </w:p>
    <w:p w:rsidR="00356926" w:rsidRPr="007451D0" w:rsidRDefault="00356926" w:rsidP="00356926">
      <w:pPr>
        <w:jc w:val="center"/>
        <w:rPr>
          <w:rFonts w:ascii="標楷體" w:eastAsia="標楷體" w:hAnsi="標楷體"/>
          <w:lang w:eastAsia="zh-TW"/>
        </w:rPr>
      </w:pPr>
      <w:r w:rsidRPr="007451D0">
        <w:rPr>
          <w:rFonts w:ascii="標楷體" w:eastAsia="標楷體" w:hAnsi="標楷體"/>
          <w:lang w:eastAsia="zh-TW"/>
        </w:rPr>
        <w:t>(適用教職員及委外廠商)</w:t>
      </w:r>
    </w:p>
    <w:p w:rsidR="00356926" w:rsidRPr="007451D0" w:rsidRDefault="00356926" w:rsidP="00356926">
      <w:pPr>
        <w:rPr>
          <w:rFonts w:ascii="標楷體" w:eastAsia="標楷體" w:hAnsi="標楷體"/>
          <w:lang w:eastAsia="zh-TW"/>
        </w:rPr>
      </w:pPr>
    </w:p>
    <w:p w:rsidR="00356926" w:rsidRPr="007451D0" w:rsidRDefault="00356926" w:rsidP="00356926">
      <w:pPr>
        <w:spacing w:line="400" w:lineRule="exact"/>
        <w:rPr>
          <w:rFonts w:ascii="標楷體" w:eastAsia="標楷體" w:hAnsi="標楷體"/>
          <w:sz w:val="32"/>
          <w:lang w:eastAsia="zh-TW"/>
        </w:rPr>
      </w:pPr>
      <w:r w:rsidRPr="007451D0">
        <w:rPr>
          <w:rFonts w:ascii="標楷體" w:eastAsia="標楷體" w:hAnsi="標楷體"/>
          <w:sz w:val="28"/>
          <w:lang w:eastAsia="zh-TW"/>
        </w:rPr>
        <w:t>本人</w:t>
      </w:r>
      <w:r w:rsidRPr="007451D0">
        <w:rPr>
          <w:rFonts w:ascii="標楷體" w:eastAsia="標楷體" w:hAnsi="標楷體"/>
          <w:sz w:val="32"/>
          <w:lang w:eastAsia="zh-TW"/>
        </w:rPr>
        <w:t xml:space="preserve">  </w:t>
      </w:r>
      <w:r w:rsidRPr="007451D0">
        <w:rPr>
          <w:rFonts w:ascii="標楷體" w:eastAsia="標楷體" w:hAnsi="標楷體"/>
          <w:sz w:val="32"/>
          <w:u w:val="single"/>
          <w:lang w:eastAsia="zh-TW"/>
        </w:rPr>
        <w:t xml:space="preserve">             </w:t>
      </w:r>
      <w:r w:rsidRPr="007451D0">
        <w:rPr>
          <w:rFonts w:ascii="標楷體" w:eastAsia="標楷體" w:hAnsi="標楷體"/>
          <w:sz w:val="32"/>
          <w:lang w:eastAsia="zh-TW"/>
        </w:rPr>
        <w:t xml:space="preserve">於民國 </w:t>
      </w:r>
      <w:r w:rsidRPr="007451D0">
        <w:rPr>
          <w:rFonts w:ascii="標楷體" w:eastAsia="標楷體" w:hAnsi="標楷體"/>
          <w:sz w:val="32"/>
          <w:u w:val="single" w:color="000000" w:themeColor="text1"/>
          <w:lang w:eastAsia="zh-TW"/>
        </w:rPr>
        <w:t xml:space="preserve">    </w:t>
      </w:r>
      <w:r w:rsidRPr="007451D0">
        <w:rPr>
          <w:rFonts w:ascii="標楷體" w:eastAsia="標楷體" w:hAnsi="標楷體"/>
          <w:sz w:val="32"/>
          <w:lang w:eastAsia="zh-TW"/>
        </w:rPr>
        <w:t>年</w:t>
      </w:r>
      <w:r w:rsidRPr="007451D0">
        <w:rPr>
          <w:rFonts w:ascii="標楷體" w:eastAsia="標楷體" w:hAnsi="標楷體"/>
          <w:sz w:val="32"/>
          <w:u w:val="single" w:color="000000" w:themeColor="text1"/>
          <w:lang w:eastAsia="zh-TW"/>
        </w:rPr>
        <w:t xml:space="preserve">     </w:t>
      </w:r>
      <w:r w:rsidRPr="007451D0">
        <w:rPr>
          <w:rFonts w:ascii="標楷體" w:eastAsia="標楷體" w:hAnsi="標楷體"/>
          <w:sz w:val="32"/>
          <w:lang w:eastAsia="zh-TW"/>
        </w:rPr>
        <w:t>月</w:t>
      </w:r>
      <w:r w:rsidRPr="007451D0">
        <w:rPr>
          <w:rFonts w:ascii="標楷體" w:eastAsia="標楷體" w:hAnsi="標楷體"/>
          <w:sz w:val="32"/>
          <w:u w:val="single" w:color="000000" w:themeColor="text1"/>
          <w:lang w:eastAsia="zh-TW"/>
        </w:rPr>
        <w:t xml:space="preserve">     </w:t>
      </w:r>
      <w:r w:rsidRPr="007451D0">
        <w:rPr>
          <w:rFonts w:ascii="標楷體" w:eastAsia="標楷體" w:hAnsi="標楷體"/>
          <w:sz w:val="32"/>
          <w:lang w:eastAsia="zh-TW"/>
        </w:rPr>
        <w:t>日起，於</w:t>
      </w:r>
      <w:r w:rsidR="00E92B02">
        <w:rPr>
          <w:rFonts w:ascii="標楷體" w:eastAsia="標楷體" w:hAnsi="標楷體" w:hint="eastAsia"/>
          <w:sz w:val="32"/>
          <w:lang w:eastAsia="zh-TW"/>
        </w:rPr>
        <w:t>未來學校財團法人</w:t>
      </w:r>
      <w:proofErr w:type="gramStart"/>
      <w:r w:rsidR="00E92B02">
        <w:rPr>
          <w:rFonts w:ascii="標楷體" w:eastAsia="標楷體" w:hAnsi="標楷體" w:hint="eastAsia"/>
          <w:sz w:val="32"/>
          <w:lang w:eastAsia="zh-TW"/>
        </w:rPr>
        <w:t>臺</w:t>
      </w:r>
      <w:proofErr w:type="gramEnd"/>
      <w:r w:rsidR="00E92B02">
        <w:rPr>
          <w:rFonts w:ascii="標楷體" w:eastAsia="標楷體" w:hAnsi="標楷體" w:hint="eastAsia"/>
          <w:sz w:val="32"/>
          <w:lang w:eastAsia="zh-TW"/>
        </w:rPr>
        <w:t>東縣私立育仁國民中學</w:t>
      </w:r>
      <w:r w:rsidRPr="007451D0">
        <w:rPr>
          <w:rFonts w:ascii="標楷體" w:eastAsia="標楷體" w:hAnsi="標楷體"/>
          <w:sz w:val="32"/>
          <w:lang w:eastAsia="zh-TW"/>
        </w:rPr>
        <w:t xml:space="preserve">擔任(執行) </w:t>
      </w:r>
      <w:r w:rsidRPr="007451D0">
        <w:rPr>
          <w:rFonts w:ascii="標楷體" w:eastAsia="標楷體" w:hAnsi="標楷體"/>
          <w:sz w:val="32"/>
          <w:u w:val="single" w:color="000000" w:themeColor="text1"/>
          <w:lang w:eastAsia="zh-TW"/>
        </w:rPr>
        <w:t xml:space="preserve">      </w:t>
      </w:r>
      <w:r>
        <w:rPr>
          <w:rFonts w:ascii="標楷體" w:eastAsia="標楷體" w:hAnsi="標楷體"/>
          <w:sz w:val="32"/>
          <w:u w:val="single" w:color="000000" w:themeColor="text1"/>
          <w:lang w:eastAsia="zh-TW"/>
        </w:rPr>
        <w:t xml:space="preserve">   </w:t>
      </w:r>
      <w:r w:rsidRPr="007451D0">
        <w:rPr>
          <w:rFonts w:ascii="標楷體" w:eastAsia="標楷體" w:hAnsi="標楷體"/>
          <w:sz w:val="32"/>
          <w:u w:val="single" w:color="000000" w:themeColor="text1"/>
          <w:lang w:eastAsia="zh-TW"/>
        </w:rPr>
        <w:t xml:space="preserve">    </w:t>
      </w:r>
      <w:r w:rsidRPr="007451D0">
        <w:rPr>
          <w:rFonts w:ascii="標楷體" w:eastAsia="標楷體" w:hAnsi="標楷體"/>
          <w:sz w:val="32"/>
          <w:lang w:eastAsia="zh-TW"/>
        </w:rPr>
        <w:t>職務</w:t>
      </w:r>
      <w:r w:rsidRPr="007451D0">
        <w:rPr>
          <w:rFonts w:ascii="標楷體" w:eastAsia="標楷體" w:hAnsi="標楷體"/>
          <w:sz w:val="32"/>
          <w:u w:val="single" w:color="000000" w:themeColor="text1"/>
          <w:lang w:eastAsia="zh-TW"/>
        </w:rPr>
        <w:t xml:space="preserve">               </w:t>
      </w:r>
      <w:r w:rsidRPr="007451D0">
        <w:rPr>
          <w:rFonts w:ascii="標楷體" w:eastAsia="標楷體" w:hAnsi="標楷體"/>
          <w:sz w:val="32"/>
          <w:lang w:eastAsia="zh-TW"/>
        </w:rPr>
        <w:t>(業務)，因而知悉</w:t>
      </w:r>
      <w:r w:rsidR="00413037">
        <w:rPr>
          <w:rFonts w:ascii="標楷體" w:eastAsia="標楷體" w:hAnsi="標楷體" w:hint="eastAsia"/>
          <w:sz w:val="32"/>
          <w:lang w:eastAsia="zh-TW"/>
        </w:rPr>
        <w:t>未來學校財團法人</w:t>
      </w:r>
      <w:proofErr w:type="gramStart"/>
      <w:r w:rsidR="00413037">
        <w:rPr>
          <w:rFonts w:ascii="標楷體" w:eastAsia="標楷體" w:hAnsi="標楷體" w:hint="eastAsia"/>
          <w:sz w:val="32"/>
          <w:lang w:eastAsia="zh-TW"/>
        </w:rPr>
        <w:t>臺</w:t>
      </w:r>
      <w:proofErr w:type="gramEnd"/>
      <w:r w:rsidR="00413037">
        <w:rPr>
          <w:rFonts w:ascii="標楷體" w:eastAsia="標楷體" w:hAnsi="標楷體" w:hint="eastAsia"/>
          <w:sz w:val="32"/>
          <w:lang w:eastAsia="zh-TW"/>
        </w:rPr>
        <w:t>東縣私立育仁國民中學</w:t>
      </w:r>
      <w:r w:rsidRPr="007451D0">
        <w:rPr>
          <w:rFonts w:ascii="標楷體" w:eastAsia="標楷體" w:hAnsi="標楷體"/>
          <w:sz w:val="32"/>
          <w:lang w:eastAsia="zh-TW"/>
        </w:rPr>
        <w:t>或任何不公開之個人資料、文書資料、圖畫、消息、物品或其他資訊，將恪遵保密規定，不得私自以任何形式利用或洩漏、告知、交付、移轉與任何第三方，如有</w:t>
      </w:r>
      <w:proofErr w:type="gramStart"/>
      <w:r w:rsidRPr="007451D0">
        <w:rPr>
          <w:rFonts w:ascii="標楷體" w:eastAsia="標楷體" w:hAnsi="標楷體"/>
          <w:sz w:val="32"/>
          <w:lang w:eastAsia="zh-TW"/>
        </w:rPr>
        <w:t>違誤願負</w:t>
      </w:r>
      <w:proofErr w:type="gramEnd"/>
      <w:r w:rsidRPr="007451D0">
        <w:rPr>
          <w:rFonts w:ascii="標楷體" w:eastAsia="標楷體" w:hAnsi="標楷體"/>
          <w:sz w:val="32"/>
          <w:lang w:eastAsia="zh-TW"/>
        </w:rPr>
        <w:t xml:space="preserve">法律上之責任。 </w:t>
      </w:r>
    </w:p>
    <w:p w:rsidR="00356926" w:rsidRPr="007451D0" w:rsidRDefault="00356926" w:rsidP="00356926">
      <w:pPr>
        <w:rPr>
          <w:rFonts w:ascii="標楷體" w:eastAsia="標楷體" w:hAnsi="標楷體"/>
          <w:sz w:val="24"/>
          <w:lang w:eastAsia="zh-TW"/>
        </w:rPr>
      </w:pPr>
    </w:p>
    <w:p w:rsidR="00356926" w:rsidRPr="007451D0" w:rsidRDefault="00356926" w:rsidP="00356926">
      <w:pPr>
        <w:rPr>
          <w:rFonts w:ascii="標楷體" w:eastAsia="標楷體" w:hAnsi="標楷體"/>
          <w:sz w:val="28"/>
          <w:lang w:eastAsia="zh-TW"/>
        </w:rPr>
      </w:pPr>
      <w:r w:rsidRPr="007451D0">
        <w:rPr>
          <w:rFonts w:ascii="標楷體" w:eastAsia="標楷體" w:hAnsi="標楷體"/>
          <w:sz w:val="28"/>
          <w:lang w:eastAsia="zh-TW"/>
        </w:rPr>
        <w:t>此致</w:t>
      </w:r>
      <w:r w:rsidR="00413037">
        <w:rPr>
          <w:rFonts w:ascii="標楷體" w:eastAsia="標楷體" w:hAnsi="標楷體" w:hint="eastAsia"/>
          <w:sz w:val="28"/>
          <w:lang w:eastAsia="zh-TW"/>
        </w:rPr>
        <w:t>未來學校財團法人</w:t>
      </w:r>
      <w:proofErr w:type="gramStart"/>
      <w:r w:rsidR="00413037">
        <w:rPr>
          <w:rFonts w:ascii="標楷體" w:eastAsia="標楷體" w:hAnsi="標楷體" w:hint="eastAsia"/>
          <w:sz w:val="28"/>
          <w:lang w:eastAsia="zh-TW"/>
        </w:rPr>
        <w:t>臺</w:t>
      </w:r>
      <w:proofErr w:type="gramEnd"/>
      <w:r w:rsidR="00413037">
        <w:rPr>
          <w:rFonts w:ascii="標楷體" w:eastAsia="標楷體" w:hAnsi="標楷體" w:hint="eastAsia"/>
          <w:sz w:val="28"/>
          <w:lang w:eastAsia="zh-TW"/>
        </w:rPr>
        <w:t>東縣私立育仁國民中學</w:t>
      </w:r>
      <w:r w:rsidRPr="007451D0">
        <w:rPr>
          <w:rFonts w:ascii="標楷體" w:eastAsia="標楷體" w:hAnsi="標楷體"/>
          <w:sz w:val="28"/>
          <w:lang w:eastAsia="zh-TW"/>
        </w:rPr>
        <w:t xml:space="preserve"> </w:t>
      </w:r>
    </w:p>
    <w:p w:rsidR="00356926" w:rsidRPr="00413037" w:rsidRDefault="00356926" w:rsidP="00356926">
      <w:pPr>
        <w:rPr>
          <w:rFonts w:ascii="標楷體" w:eastAsia="標楷體" w:hAnsi="標楷體"/>
          <w:sz w:val="24"/>
          <w:lang w:eastAsia="zh-TW"/>
        </w:rPr>
      </w:pPr>
    </w:p>
    <w:p w:rsidR="00356926" w:rsidRDefault="00356926" w:rsidP="00356926">
      <w:pPr>
        <w:rPr>
          <w:rFonts w:ascii="標楷體" w:eastAsia="標楷體" w:hAnsi="標楷體"/>
          <w:sz w:val="24"/>
          <w:lang w:eastAsia="zh-TW"/>
        </w:rPr>
      </w:pPr>
    </w:p>
    <w:p w:rsidR="00356926" w:rsidRDefault="00356926" w:rsidP="00356926">
      <w:pPr>
        <w:rPr>
          <w:rFonts w:ascii="標楷體" w:eastAsia="標楷體" w:hAnsi="標楷體"/>
          <w:sz w:val="24"/>
          <w:lang w:eastAsia="zh-TW"/>
        </w:rPr>
      </w:pPr>
    </w:p>
    <w:p w:rsidR="00356926" w:rsidRPr="007451D0" w:rsidRDefault="00356926" w:rsidP="00356926">
      <w:pPr>
        <w:rPr>
          <w:rFonts w:ascii="標楷體" w:eastAsia="標楷體" w:hAnsi="標楷體"/>
          <w:sz w:val="24"/>
          <w:lang w:eastAsia="zh-TW"/>
        </w:rPr>
      </w:pPr>
    </w:p>
    <w:p w:rsidR="00356926" w:rsidRPr="007451D0" w:rsidRDefault="00356926" w:rsidP="00356926">
      <w:pPr>
        <w:rPr>
          <w:rFonts w:ascii="標楷體" w:eastAsia="標楷體" w:hAnsi="標楷體"/>
          <w:sz w:val="24"/>
          <w:lang w:eastAsia="zh-TW"/>
        </w:rPr>
      </w:pPr>
      <w:r w:rsidRPr="007451D0">
        <w:rPr>
          <w:rFonts w:ascii="標楷體" w:eastAsia="標楷體" w:hAnsi="標楷體"/>
          <w:sz w:val="24"/>
          <w:lang w:eastAsia="zh-TW"/>
        </w:rPr>
        <w:t>具切結書人(廠商代表)：</w:t>
      </w:r>
      <w:r w:rsidRPr="007451D0">
        <w:rPr>
          <w:rFonts w:ascii="標楷體" w:eastAsia="標楷體" w:hAnsi="標楷體"/>
          <w:sz w:val="24"/>
          <w:u w:val="single"/>
          <w:lang w:eastAsia="zh-TW"/>
        </w:rPr>
        <w:t xml:space="preserve">                                         </w:t>
      </w:r>
      <w:r w:rsidRPr="007451D0">
        <w:rPr>
          <w:rFonts w:ascii="標楷體" w:eastAsia="標楷體" w:hAnsi="標楷體"/>
          <w:sz w:val="24"/>
          <w:lang w:eastAsia="zh-TW"/>
        </w:rPr>
        <w:t>(簽名)</w:t>
      </w:r>
    </w:p>
    <w:p w:rsidR="00356926" w:rsidRPr="007451D0" w:rsidRDefault="00356926" w:rsidP="00356926">
      <w:pPr>
        <w:rPr>
          <w:rFonts w:ascii="標楷體" w:eastAsia="標楷體" w:hAnsi="標楷體"/>
          <w:sz w:val="24"/>
          <w:lang w:eastAsia="zh-TW"/>
        </w:rPr>
      </w:pPr>
    </w:p>
    <w:p w:rsidR="00356926" w:rsidRPr="007451D0" w:rsidRDefault="00356926" w:rsidP="00356926">
      <w:pPr>
        <w:spacing w:line="280" w:lineRule="exact"/>
        <w:rPr>
          <w:rFonts w:ascii="標楷體" w:eastAsia="標楷體" w:hAnsi="標楷體"/>
          <w:sz w:val="24"/>
          <w:lang w:eastAsia="zh-TW"/>
        </w:rPr>
      </w:pPr>
      <w:r w:rsidRPr="007451D0">
        <w:rPr>
          <w:rFonts w:ascii="標楷體" w:eastAsia="標楷體" w:hAnsi="標楷體"/>
          <w:sz w:val="24"/>
          <w:lang w:eastAsia="zh-TW"/>
        </w:rPr>
        <w:t>身分證字號/護照號碼：</w:t>
      </w:r>
      <w:r w:rsidRPr="007451D0">
        <w:rPr>
          <w:rFonts w:ascii="標楷體" w:eastAsia="標楷體" w:hAnsi="標楷體"/>
          <w:sz w:val="24"/>
          <w:u w:val="single" w:color="000000" w:themeColor="text1"/>
          <w:lang w:eastAsia="zh-TW"/>
        </w:rPr>
        <w:t xml:space="preserve"> </w:t>
      </w:r>
      <w:r w:rsidRPr="007451D0">
        <w:rPr>
          <w:rFonts w:ascii="標楷體" w:eastAsia="標楷體" w:hAnsi="標楷體"/>
          <w:sz w:val="28"/>
          <w:u w:val="single" w:color="000000" w:themeColor="text1"/>
          <w:lang w:eastAsia="zh-TW"/>
        </w:rPr>
        <w:t xml:space="preserve">                                          </w:t>
      </w:r>
      <w:r w:rsidRPr="007451D0">
        <w:rPr>
          <w:rFonts w:ascii="標楷體" w:eastAsia="標楷體" w:hAnsi="標楷體"/>
          <w:sz w:val="28"/>
          <w:lang w:eastAsia="zh-TW"/>
        </w:rPr>
        <w:t xml:space="preserve"> </w:t>
      </w:r>
    </w:p>
    <w:p w:rsidR="00356926" w:rsidRPr="007451D0" w:rsidRDefault="00356926" w:rsidP="00356926">
      <w:pPr>
        <w:rPr>
          <w:rFonts w:ascii="標楷體" w:eastAsia="標楷體" w:hAnsi="標楷體"/>
          <w:sz w:val="24"/>
          <w:lang w:eastAsia="zh-TW"/>
        </w:rPr>
      </w:pPr>
    </w:p>
    <w:p w:rsidR="00356926" w:rsidRPr="007451D0" w:rsidRDefault="00356926" w:rsidP="00356926">
      <w:pPr>
        <w:rPr>
          <w:rFonts w:ascii="標楷體" w:eastAsia="標楷體" w:hAnsi="標楷體"/>
          <w:sz w:val="24"/>
          <w:lang w:eastAsia="zh-TW"/>
        </w:rPr>
      </w:pPr>
      <w:r w:rsidRPr="007451D0">
        <w:rPr>
          <w:rFonts w:ascii="標楷體" w:eastAsia="標楷體" w:hAnsi="標楷體"/>
          <w:sz w:val="24"/>
          <w:lang w:eastAsia="zh-TW"/>
        </w:rPr>
        <w:t>廠商名稱及統一編號：</w:t>
      </w:r>
      <w:r w:rsidRPr="007451D0">
        <w:rPr>
          <w:rFonts w:ascii="標楷體" w:eastAsia="標楷體" w:hAnsi="標楷體"/>
          <w:sz w:val="24"/>
          <w:u w:val="single"/>
          <w:lang w:eastAsia="zh-TW"/>
        </w:rPr>
        <w:t xml:space="preserve">                                        </w:t>
      </w:r>
      <w:r w:rsidRPr="007451D0">
        <w:rPr>
          <w:rFonts w:ascii="標楷體" w:eastAsia="標楷體" w:hAnsi="標楷體"/>
          <w:sz w:val="24"/>
          <w:lang w:eastAsia="zh-TW"/>
        </w:rPr>
        <w:t xml:space="preserve">  </w:t>
      </w:r>
    </w:p>
    <w:p w:rsidR="00356926" w:rsidRPr="007451D0" w:rsidRDefault="00356926" w:rsidP="00356926">
      <w:pPr>
        <w:rPr>
          <w:rFonts w:ascii="標楷體" w:eastAsia="標楷體" w:hAnsi="標楷體"/>
          <w:sz w:val="24"/>
          <w:lang w:eastAsia="zh-TW"/>
        </w:rPr>
      </w:pPr>
    </w:p>
    <w:p w:rsidR="00356926" w:rsidRPr="007451D0" w:rsidRDefault="00356926" w:rsidP="00356926">
      <w:pPr>
        <w:rPr>
          <w:rFonts w:ascii="標楷體" w:eastAsia="標楷體" w:hAnsi="標楷體"/>
          <w:sz w:val="24"/>
          <w:lang w:eastAsia="zh-TW"/>
        </w:rPr>
      </w:pPr>
      <w:r w:rsidRPr="007451D0">
        <w:rPr>
          <w:rFonts w:ascii="標楷體" w:eastAsia="標楷體" w:hAnsi="標楷體"/>
          <w:sz w:val="24"/>
          <w:lang w:eastAsia="zh-TW"/>
        </w:rPr>
        <w:t xml:space="preserve">地址：                                                           </w:t>
      </w:r>
    </w:p>
    <w:p w:rsidR="00356926" w:rsidRPr="007451D0" w:rsidRDefault="00356926" w:rsidP="00356926">
      <w:pPr>
        <w:rPr>
          <w:rFonts w:ascii="標楷體" w:eastAsia="標楷體" w:hAnsi="標楷體"/>
          <w:sz w:val="24"/>
          <w:lang w:eastAsia="zh-TW"/>
        </w:rPr>
      </w:pPr>
    </w:p>
    <w:p w:rsidR="00356926" w:rsidRPr="007451D0" w:rsidRDefault="00356926" w:rsidP="00356926">
      <w:pPr>
        <w:rPr>
          <w:rFonts w:ascii="標楷體" w:eastAsia="標楷體" w:hAnsi="標楷體"/>
          <w:sz w:val="24"/>
          <w:lang w:eastAsia="zh-TW"/>
        </w:rPr>
      </w:pPr>
      <w:r w:rsidRPr="007451D0">
        <w:rPr>
          <w:rFonts w:ascii="標楷體" w:eastAsia="標楷體" w:hAnsi="標楷體"/>
          <w:sz w:val="24"/>
          <w:lang w:eastAsia="zh-TW"/>
        </w:rPr>
        <w:t xml:space="preserve">中華民國           年        月          日 </w:t>
      </w:r>
    </w:p>
    <w:p w:rsidR="00356926" w:rsidRPr="007451D0" w:rsidRDefault="00356926" w:rsidP="00356926">
      <w:pPr>
        <w:rPr>
          <w:rFonts w:ascii="標楷體" w:eastAsia="標楷體" w:hAnsi="標楷體"/>
          <w:sz w:val="24"/>
          <w:lang w:eastAsia="zh-TW"/>
        </w:rPr>
      </w:pPr>
    </w:p>
    <w:p w:rsidR="00356926" w:rsidRPr="007451D0" w:rsidRDefault="00356926" w:rsidP="00356926">
      <w:pPr>
        <w:rPr>
          <w:rFonts w:ascii="標楷體" w:eastAsia="標楷體" w:hAnsi="標楷體"/>
          <w:lang w:eastAsia="zh-TW"/>
        </w:rPr>
      </w:pPr>
      <w:r w:rsidRPr="007451D0">
        <w:rPr>
          <w:rFonts w:ascii="標楷體" w:eastAsia="標楷體" w:hAnsi="標楷體"/>
          <w:lang w:eastAsia="zh-TW"/>
        </w:rPr>
        <w:t xml:space="preserve"> </w:t>
      </w:r>
    </w:p>
    <w:p w:rsidR="00356926" w:rsidRDefault="00356926" w:rsidP="00356926">
      <w:pPr>
        <w:jc w:val="right"/>
        <w:rPr>
          <w:lang w:eastAsia="zh-TW"/>
        </w:rPr>
      </w:pPr>
      <w:r>
        <w:rPr>
          <w:lang w:eastAsia="zh-TW"/>
        </w:rPr>
        <w:lastRenderedPageBreak/>
        <w:t>表單</w:t>
      </w:r>
      <w:r>
        <w:rPr>
          <w:lang w:eastAsia="zh-TW"/>
        </w:rPr>
        <w:t xml:space="preserve"> 4</w:t>
      </w:r>
    </w:p>
    <w:p w:rsidR="00356926" w:rsidRPr="00F75DE3" w:rsidRDefault="00413037" w:rsidP="00356926">
      <w:pPr>
        <w:rPr>
          <w:rFonts w:ascii="標楷體" w:eastAsia="標楷體" w:hAnsi="標楷體"/>
          <w:sz w:val="28"/>
          <w:lang w:eastAsia="zh-TW"/>
        </w:rPr>
      </w:pPr>
      <w:r>
        <w:rPr>
          <w:rFonts w:ascii="標楷體" w:eastAsia="標楷體" w:hAnsi="標楷體" w:hint="eastAsia"/>
          <w:sz w:val="28"/>
          <w:lang w:eastAsia="zh-TW"/>
        </w:rPr>
        <w:t>未來學校財團法人</w:t>
      </w:r>
      <w:proofErr w:type="gramStart"/>
      <w:r>
        <w:rPr>
          <w:rFonts w:ascii="標楷體" w:eastAsia="標楷體" w:hAnsi="標楷體" w:hint="eastAsia"/>
          <w:sz w:val="28"/>
          <w:lang w:eastAsia="zh-TW"/>
        </w:rPr>
        <w:t>臺</w:t>
      </w:r>
      <w:proofErr w:type="gramEnd"/>
      <w:r>
        <w:rPr>
          <w:rFonts w:ascii="標楷體" w:eastAsia="標楷體" w:hAnsi="標楷體" w:hint="eastAsia"/>
          <w:sz w:val="28"/>
          <w:lang w:eastAsia="zh-TW"/>
        </w:rPr>
        <w:t>東縣私立育仁國民中學</w:t>
      </w:r>
      <w:r w:rsidR="00356926" w:rsidRPr="00F75DE3">
        <w:rPr>
          <w:rFonts w:ascii="標楷體" w:eastAsia="標楷體" w:hAnsi="標楷體"/>
          <w:sz w:val="28"/>
          <w:lang w:eastAsia="zh-TW"/>
        </w:rPr>
        <w:t xml:space="preserve">個人資料安全維護稽核檢查表 </w:t>
      </w:r>
    </w:p>
    <w:p w:rsidR="00356926" w:rsidRPr="00F75DE3" w:rsidRDefault="00356926" w:rsidP="00356926">
      <w:pPr>
        <w:rPr>
          <w:rFonts w:ascii="標楷體" w:eastAsia="標楷體" w:hAnsi="標楷體"/>
          <w:sz w:val="28"/>
          <w:lang w:eastAsia="zh-TW"/>
        </w:rPr>
      </w:pPr>
      <w:r w:rsidRPr="00F75DE3">
        <w:rPr>
          <w:rFonts w:ascii="標楷體" w:eastAsia="標楷體" w:hAnsi="標楷體"/>
          <w:sz w:val="28"/>
          <w:lang w:eastAsia="zh-TW"/>
        </w:rPr>
        <w:t xml:space="preserve">查核日期： </w:t>
      </w:r>
    </w:p>
    <w:p w:rsidR="00356926" w:rsidRPr="00F75DE3" w:rsidRDefault="00356926" w:rsidP="00356926">
      <w:pPr>
        <w:rPr>
          <w:rFonts w:ascii="標楷體" w:eastAsia="標楷體" w:hAnsi="標楷體"/>
          <w:sz w:val="28"/>
          <w:lang w:eastAsia="zh-TW"/>
        </w:rPr>
      </w:pPr>
      <w:r w:rsidRPr="00F75DE3">
        <w:rPr>
          <w:rFonts w:ascii="標楷體" w:eastAsia="標楷體" w:hAnsi="標楷體"/>
          <w:sz w:val="28"/>
          <w:lang w:eastAsia="zh-TW"/>
        </w:rPr>
        <w:t xml:space="preserve">查核人員簽名(資訊組)： </w:t>
      </w:r>
    </w:p>
    <w:p w:rsidR="00356926" w:rsidRPr="00F75DE3" w:rsidRDefault="00356926" w:rsidP="00356926">
      <w:pPr>
        <w:rPr>
          <w:rFonts w:ascii="標楷體" w:eastAsia="標楷體" w:hAnsi="標楷體"/>
          <w:sz w:val="28"/>
          <w:lang w:eastAsia="zh-TW"/>
        </w:rPr>
      </w:pPr>
      <w:r w:rsidRPr="00F75DE3">
        <w:rPr>
          <w:rFonts w:ascii="標楷體" w:eastAsia="標楷體" w:hAnsi="標楷體"/>
          <w:sz w:val="28"/>
          <w:lang w:eastAsia="zh-TW"/>
        </w:rPr>
        <w:t xml:space="preserve">個人資料保存使用者(受檢人)： </w:t>
      </w:r>
    </w:p>
    <w:p w:rsidR="00356926" w:rsidRPr="00F75DE3" w:rsidRDefault="00356926" w:rsidP="00356926">
      <w:pPr>
        <w:rPr>
          <w:rFonts w:ascii="標楷體" w:eastAsia="標楷體" w:hAnsi="標楷體"/>
          <w:sz w:val="28"/>
          <w:lang w:eastAsia="zh-TW"/>
        </w:rPr>
      </w:pPr>
    </w:p>
    <w:tbl>
      <w:tblPr>
        <w:tblStyle w:val="aff2"/>
        <w:tblW w:w="0" w:type="auto"/>
        <w:tblLook w:val="04A0" w:firstRow="1" w:lastRow="0" w:firstColumn="1" w:lastColumn="0" w:noHBand="0" w:noVBand="1"/>
      </w:tblPr>
      <w:tblGrid>
        <w:gridCol w:w="4361"/>
        <w:gridCol w:w="1559"/>
        <w:gridCol w:w="1138"/>
        <w:gridCol w:w="2353"/>
      </w:tblGrid>
      <w:tr w:rsidR="00356926" w:rsidRPr="00F75DE3" w:rsidTr="00215011">
        <w:tc>
          <w:tcPr>
            <w:tcW w:w="4361" w:type="dxa"/>
            <w:vMerge w:val="restart"/>
            <w:vAlign w:val="center"/>
          </w:tcPr>
          <w:p w:rsidR="00356926" w:rsidRPr="00F75DE3" w:rsidRDefault="00356926" w:rsidP="00215011">
            <w:pPr>
              <w:jc w:val="center"/>
              <w:rPr>
                <w:rFonts w:ascii="標楷體" w:eastAsia="標楷體" w:hAnsi="標楷體"/>
                <w:sz w:val="28"/>
                <w:lang w:eastAsia="zh-TW"/>
              </w:rPr>
            </w:pPr>
            <w:r w:rsidRPr="00F75DE3">
              <w:rPr>
                <w:rFonts w:ascii="標楷體" w:eastAsia="標楷體" w:hAnsi="標楷體" w:cs="細明體" w:hint="eastAsia"/>
                <w:sz w:val="28"/>
                <w:lang w:eastAsia="zh-TW"/>
              </w:rPr>
              <w:t>查</w:t>
            </w:r>
            <w:r w:rsidRPr="00F75DE3">
              <w:rPr>
                <w:rFonts w:ascii="標楷體" w:eastAsia="標楷體" w:hAnsi="標楷體" w:cs="MS Gothic" w:hint="eastAsia"/>
                <w:sz w:val="28"/>
                <w:lang w:eastAsia="zh-TW"/>
              </w:rPr>
              <w:t>核事項</w:t>
            </w:r>
          </w:p>
        </w:tc>
        <w:tc>
          <w:tcPr>
            <w:tcW w:w="5050" w:type="dxa"/>
            <w:gridSpan w:val="3"/>
          </w:tcPr>
          <w:p w:rsidR="00356926" w:rsidRPr="00F75DE3" w:rsidRDefault="00356926" w:rsidP="00215011">
            <w:pPr>
              <w:jc w:val="center"/>
              <w:rPr>
                <w:rFonts w:ascii="標楷體" w:eastAsia="標楷體" w:hAnsi="標楷體"/>
                <w:sz w:val="28"/>
                <w:lang w:eastAsia="zh-TW"/>
              </w:rPr>
            </w:pPr>
            <w:r w:rsidRPr="00F75DE3">
              <w:rPr>
                <w:rFonts w:ascii="標楷體" w:eastAsia="標楷體" w:hAnsi="標楷體" w:cs="細明體" w:hint="eastAsia"/>
                <w:sz w:val="28"/>
                <w:lang w:eastAsia="zh-TW"/>
              </w:rPr>
              <w:t>查</w:t>
            </w:r>
            <w:r w:rsidRPr="00F75DE3">
              <w:rPr>
                <w:rFonts w:ascii="標楷體" w:eastAsia="標楷體" w:hAnsi="標楷體" w:cs="MS Gothic" w:hint="eastAsia"/>
                <w:sz w:val="28"/>
                <w:lang w:eastAsia="zh-TW"/>
              </w:rPr>
              <w:t>核結果</w:t>
            </w:r>
          </w:p>
        </w:tc>
      </w:tr>
      <w:tr w:rsidR="00356926" w:rsidRPr="00F75DE3" w:rsidTr="00215011">
        <w:tc>
          <w:tcPr>
            <w:tcW w:w="4361" w:type="dxa"/>
            <w:vMerge/>
          </w:tcPr>
          <w:p w:rsidR="00356926" w:rsidRPr="00F75DE3" w:rsidRDefault="00356926" w:rsidP="00215011">
            <w:pPr>
              <w:rPr>
                <w:rFonts w:ascii="標楷體" w:eastAsia="標楷體" w:hAnsi="標楷體"/>
                <w:sz w:val="28"/>
                <w:lang w:eastAsia="zh-TW"/>
              </w:rPr>
            </w:pPr>
          </w:p>
        </w:tc>
        <w:tc>
          <w:tcPr>
            <w:tcW w:w="1559" w:type="dxa"/>
          </w:tcPr>
          <w:p w:rsidR="00356926" w:rsidRPr="00F75DE3" w:rsidRDefault="00356926" w:rsidP="00215011">
            <w:pPr>
              <w:jc w:val="center"/>
              <w:rPr>
                <w:rFonts w:ascii="標楷體" w:eastAsia="標楷體" w:hAnsi="標楷體"/>
                <w:sz w:val="28"/>
                <w:lang w:eastAsia="zh-TW"/>
              </w:rPr>
            </w:pPr>
            <w:r w:rsidRPr="00F75DE3">
              <w:rPr>
                <w:rFonts w:ascii="標楷體" w:eastAsia="標楷體" w:hAnsi="標楷體"/>
                <w:sz w:val="28"/>
                <w:lang w:eastAsia="zh-TW"/>
              </w:rPr>
              <w:t>是</w:t>
            </w:r>
          </w:p>
        </w:tc>
        <w:tc>
          <w:tcPr>
            <w:tcW w:w="1138" w:type="dxa"/>
          </w:tcPr>
          <w:p w:rsidR="00356926" w:rsidRPr="00F75DE3" w:rsidRDefault="00356926" w:rsidP="00215011">
            <w:pPr>
              <w:jc w:val="center"/>
              <w:rPr>
                <w:rFonts w:ascii="標楷體" w:eastAsia="標楷體" w:hAnsi="標楷體"/>
                <w:sz w:val="28"/>
                <w:lang w:eastAsia="zh-TW"/>
              </w:rPr>
            </w:pPr>
            <w:r w:rsidRPr="00F75DE3">
              <w:rPr>
                <w:rFonts w:ascii="標楷體" w:eastAsia="標楷體" w:hAnsi="標楷體"/>
                <w:sz w:val="28"/>
                <w:lang w:eastAsia="zh-TW"/>
              </w:rPr>
              <w:t>否</w:t>
            </w:r>
          </w:p>
        </w:tc>
        <w:tc>
          <w:tcPr>
            <w:tcW w:w="2353" w:type="dxa"/>
          </w:tcPr>
          <w:p w:rsidR="00356926" w:rsidRPr="00F75DE3" w:rsidRDefault="00356926" w:rsidP="00215011">
            <w:pPr>
              <w:jc w:val="center"/>
              <w:rPr>
                <w:rFonts w:ascii="標楷體" w:eastAsia="標楷體" w:hAnsi="標楷體" w:cs="細明體"/>
                <w:sz w:val="28"/>
                <w:lang w:eastAsia="zh-TW"/>
              </w:rPr>
            </w:pPr>
            <w:r w:rsidRPr="00F75DE3">
              <w:rPr>
                <w:rFonts w:ascii="標楷體" w:eastAsia="標楷體" w:hAnsi="標楷體" w:cs="細明體" w:hint="eastAsia"/>
                <w:sz w:val="28"/>
                <w:lang w:eastAsia="zh-TW"/>
              </w:rPr>
              <w:t>說</w:t>
            </w:r>
            <w:r w:rsidRPr="00F75DE3">
              <w:rPr>
                <w:rFonts w:ascii="標楷體" w:eastAsia="標楷體" w:hAnsi="標楷體" w:cs="MS Gothic" w:hint="eastAsia"/>
                <w:sz w:val="28"/>
                <w:lang w:eastAsia="zh-TW"/>
              </w:rPr>
              <w:t>明</w:t>
            </w:r>
          </w:p>
        </w:tc>
      </w:tr>
      <w:tr w:rsidR="00356926" w:rsidRPr="00F75DE3" w:rsidTr="00215011">
        <w:tc>
          <w:tcPr>
            <w:tcW w:w="4361" w:type="dxa"/>
          </w:tcPr>
          <w:p w:rsidR="00356926" w:rsidRPr="00F75DE3" w:rsidRDefault="00356926" w:rsidP="00215011">
            <w:pPr>
              <w:rPr>
                <w:rFonts w:ascii="標楷體" w:eastAsia="標楷體" w:hAnsi="標楷體"/>
                <w:sz w:val="28"/>
                <w:lang w:eastAsia="zh-TW"/>
              </w:rPr>
            </w:pPr>
            <w:r w:rsidRPr="00F75DE3">
              <w:rPr>
                <w:rFonts w:ascii="標楷體" w:eastAsia="標楷體" w:hAnsi="標楷體"/>
                <w:sz w:val="28"/>
                <w:lang w:eastAsia="zh-TW"/>
              </w:rPr>
              <w:t>1.受檢人是否於下班時，將紙本及可攜 式儲存媒體中之</w:t>
            </w:r>
            <w:proofErr w:type="gramStart"/>
            <w:r w:rsidRPr="00F75DE3">
              <w:rPr>
                <w:rFonts w:ascii="標楷體" w:eastAsia="標楷體" w:hAnsi="標楷體"/>
                <w:sz w:val="28"/>
                <w:lang w:eastAsia="zh-TW"/>
              </w:rPr>
              <w:t>個</w:t>
            </w:r>
            <w:proofErr w:type="gramEnd"/>
            <w:r w:rsidRPr="00F75DE3">
              <w:rPr>
                <w:rFonts w:ascii="標楷體" w:eastAsia="標楷體" w:hAnsi="標楷體"/>
                <w:sz w:val="28"/>
                <w:lang w:eastAsia="zh-TW"/>
              </w:rPr>
              <w:t>資放置於抽屜或</w:t>
            </w:r>
            <w:proofErr w:type="gramStart"/>
            <w:r w:rsidRPr="00F75DE3">
              <w:rPr>
                <w:rFonts w:ascii="標楷體" w:eastAsia="標楷體" w:hAnsi="標楷體"/>
                <w:sz w:val="28"/>
                <w:lang w:eastAsia="zh-TW"/>
              </w:rPr>
              <w:t>儲櫃並</w:t>
            </w:r>
            <w:proofErr w:type="gramEnd"/>
            <w:r w:rsidRPr="00F75DE3">
              <w:rPr>
                <w:rFonts w:ascii="標楷體" w:eastAsia="標楷體" w:hAnsi="標楷體"/>
                <w:sz w:val="28"/>
                <w:lang w:eastAsia="zh-TW"/>
              </w:rPr>
              <w:t xml:space="preserve">上鎖？ </w:t>
            </w:r>
          </w:p>
          <w:p w:rsidR="00356926" w:rsidRPr="00F75DE3" w:rsidRDefault="00356926" w:rsidP="00215011">
            <w:pPr>
              <w:rPr>
                <w:rFonts w:ascii="標楷體" w:eastAsia="標楷體" w:hAnsi="標楷體"/>
                <w:sz w:val="28"/>
                <w:lang w:eastAsia="zh-TW"/>
              </w:rPr>
            </w:pPr>
          </w:p>
        </w:tc>
        <w:tc>
          <w:tcPr>
            <w:tcW w:w="1559" w:type="dxa"/>
          </w:tcPr>
          <w:p w:rsidR="00356926" w:rsidRPr="00F75DE3" w:rsidRDefault="00356926" w:rsidP="00215011">
            <w:pPr>
              <w:jc w:val="center"/>
              <w:rPr>
                <w:rFonts w:ascii="標楷體" w:eastAsia="標楷體" w:hAnsi="標楷體"/>
                <w:sz w:val="28"/>
                <w:lang w:eastAsia="zh-TW"/>
              </w:rPr>
            </w:pPr>
          </w:p>
        </w:tc>
        <w:tc>
          <w:tcPr>
            <w:tcW w:w="1138" w:type="dxa"/>
          </w:tcPr>
          <w:p w:rsidR="00356926" w:rsidRPr="00F75DE3" w:rsidRDefault="00356926" w:rsidP="00215011">
            <w:pPr>
              <w:jc w:val="center"/>
              <w:rPr>
                <w:rFonts w:ascii="標楷體" w:eastAsia="標楷體" w:hAnsi="標楷體"/>
                <w:sz w:val="28"/>
                <w:lang w:eastAsia="zh-TW"/>
              </w:rPr>
            </w:pPr>
          </w:p>
        </w:tc>
        <w:tc>
          <w:tcPr>
            <w:tcW w:w="2353" w:type="dxa"/>
          </w:tcPr>
          <w:p w:rsidR="00356926" w:rsidRPr="00F75DE3" w:rsidRDefault="00356926" w:rsidP="00215011">
            <w:pPr>
              <w:jc w:val="center"/>
              <w:rPr>
                <w:rFonts w:ascii="標楷體" w:eastAsia="標楷體" w:hAnsi="標楷體"/>
                <w:sz w:val="28"/>
                <w:lang w:eastAsia="zh-TW"/>
              </w:rPr>
            </w:pPr>
          </w:p>
        </w:tc>
      </w:tr>
      <w:tr w:rsidR="00356926" w:rsidRPr="00F75DE3" w:rsidTr="00215011">
        <w:tc>
          <w:tcPr>
            <w:tcW w:w="4361" w:type="dxa"/>
          </w:tcPr>
          <w:p w:rsidR="00356926" w:rsidRPr="00F75DE3" w:rsidRDefault="00356926" w:rsidP="00215011">
            <w:pPr>
              <w:rPr>
                <w:rFonts w:ascii="標楷體" w:eastAsia="標楷體" w:hAnsi="標楷體"/>
                <w:sz w:val="28"/>
                <w:lang w:eastAsia="zh-TW"/>
              </w:rPr>
            </w:pPr>
            <w:r w:rsidRPr="00F75DE3">
              <w:rPr>
                <w:rFonts w:ascii="標楷體" w:eastAsia="標楷體" w:hAnsi="標楷體"/>
                <w:sz w:val="28"/>
                <w:lang w:eastAsia="zh-TW"/>
              </w:rPr>
              <w:t>2.受檢人是否設定Windows 開機密碼？</w:t>
            </w:r>
          </w:p>
        </w:tc>
        <w:tc>
          <w:tcPr>
            <w:tcW w:w="1559" w:type="dxa"/>
          </w:tcPr>
          <w:p w:rsidR="00356926" w:rsidRPr="00F75DE3" w:rsidRDefault="00356926" w:rsidP="00215011">
            <w:pPr>
              <w:rPr>
                <w:rFonts w:ascii="標楷體" w:eastAsia="標楷體" w:hAnsi="標楷體"/>
                <w:sz w:val="28"/>
                <w:lang w:eastAsia="zh-TW"/>
              </w:rPr>
            </w:pPr>
          </w:p>
        </w:tc>
        <w:tc>
          <w:tcPr>
            <w:tcW w:w="1138" w:type="dxa"/>
          </w:tcPr>
          <w:p w:rsidR="00356926" w:rsidRPr="00F75DE3" w:rsidRDefault="00356926" w:rsidP="00215011">
            <w:pPr>
              <w:rPr>
                <w:rFonts w:ascii="標楷體" w:eastAsia="標楷體" w:hAnsi="標楷體"/>
                <w:sz w:val="28"/>
                <w:lang w:eastAsia="zh-TW"/>
              </w:rPr>
            </w:pPr>
          </w:p>
        </w:tc>
        <w:tc>
          <w:tcPr>
            <w:tcW w:w="2353" w:type="dxa"/>
          </w:tcPr>
          <w:p w:rsidR="00356926" w:rsidRPr="00F75DE3" w:rsidRDefault="00356926" w:rsidP="00215011">
            <w:pPr>
              <w:rPr>
                <w:rFonts w:ascii="標楷體" w:eastAsia="標楷體" w:hAnsi="標楷體"/>
                <w:sz w:val="28"/>
                <w:lang w:eastAsia="zh-TW"/>
              </w:rPr>
            </w:pPr>
          </w:p>
        </w:tc>
      </w:tr>
      <w:tr w:rsidR="00356926" w:rsidRPr="00F75DE3" w:rsidTr="00215011">
        <w:tc>
          <w:tcPr>
            <w:tcW w:w="4361" w:type="dxa"/>
          </w:tcPr>
          <w:p w:rsidR="00356926" w:rsidRPr="00F75DE3" w:rsidRDefault="00356926" w:rsidP="00215011">
            <w:pPr>
              <w:rPr>
                <w:rFonts w:ascii="標楷體" w:eastAsia="標楷體" w:hAnsi="標楷體"/>
                <w:sz w:val="28"/>
                <w:lang w:eastAsia="zh-TW"/>
              </w:rPr>
            </w:pPr>
            <w:r w:rsidRPr="00F75DE3">
              <w:rPr>
                <w:rFonts w:ascii="標楷體" w:eastAsia="標楷體" w:hAnsi="標楷體"/>
                <w:sz w:val="28"/>
                <w:lang w:eastAsia="zh-TW"/>
              </w:rPr>
              <w:t>3.受檢人是否設定螢幕保護密碼？</w:t>
            </w:r>
          </w:p>
        </w:tc>
        <w:tc>
          <w:tcPr>
            <w:tcW w:w="1559" w:type="dxa"/>
          </w:tcPr>
          <w:p w:rsidR="00356926" w:rsidRPr="00F75DE3" w:rsidRDefault="00356926" w:rsidP="00215011">
            <w:pPr>
              <w:rPr>
                <w:rFonts w:ascii="標楷體" w:eastAsia="標楷體" w:hAnsi="標楷體"/>
                <w:sz w:val="28"/>
                <w:lang w:eastAsia="zh-TW"/>
              </w:rPr>
            </w:pPr>
          </w:p>
        </w:tc>
        <w:tc>
          <w:tcPr>
            <w:tcW w:w="1138" w:type="dxa"/>
          </w:tcPr>
          <w:p w:rsidR="00356926" w:rsidRPr="00F75DE3" w:rsidRDefault="00356926" w:rsidP="00215011">
            <w:pPr>
              <w:rPr>
                <w:rFonts w:ascii="標楷體" w:eastAsia="標楷體" w:hAnsi="標楷體"/>
                <w:sz w:val="28"/>
                <w:lang w:eastAsia="zh-TW"/>
              </w:rPr>
            </w:pPr>
          </w:p>
        </w:tc>
        <w:tc>
          <w:tcPr>
            <w:tcW w:w="2353" w:type="dxa"/>
          </w:tcPr>
          <w:p w:rsidR="00356926" w:rsidRPr="00F75DE3" w:rsidRDefault="00356926" w:rsidP="00215011">
            <w:pPr>
              <w:rPr>
                <w:rFonts w:ascii="標楷體" w:eastAsia="標楷體" w:hAnsi="標楷體"/>
                <w:sz w:val="28"/>
                <w:lang w:eastAsia="zh-TW"/>
              </w:rPr>
            </w:pPr>
          </w:p>
        </w:tc>
      </w:tr>
      <w:tr w:rsidR="00356926" w:rsidRPr="00F75DE3" w:rsidTr="00215011">
        <w:tc>
          <w:tcPr>
            <w:tcW w:w="4361" w:type="dxa"/>
          </w:tcPr>
          <w:p w:rsidR="00356926" w:rsidRPr="00F75DE3" w:rsidRDefault="00356926" w:rsidP="00215011">
            <w:pPr>
              <w:rPr>
                <w:rFonts w:ascii="標楷體" w:eastAsia="標楷體" w:hAnsi="標楷體"/>
                <w:sz w:val="28"/>
                <w:lang w:eastAsia="zh-TW"/>
              </w:rPr>
            </w:pPr>
            <w:r w:rsidRPr="00F75DE3">
              <w:rPr>
                <w:rFonts w:ascii="標楷體" w:eastAsia="標楷體" w:hAnsi="標楷體"/>
                <w:sz w:val="28"/>
                <w:lang w:eastAsia="zh-TW"/>
              </w:rPr>
              <w:t xml:space="preserve">4. 受檢人密碼長度是否 12 </w:t>
            </w:r>
            <w:proofErr w:type="gramStart"/>
            <w:r w:rsidRPr="00F75DE3">
              <w:rPr>
                <w:rFonts w:ascii="標楷體" w:eastAsia="標楷體" w:hAnsi="標楷體"/>
                <w:sz w:val="28"/>
                <w:lang w:eastAsia="zh-TW"/>
              </w:rPr>
              <w:t>個</w:t>
            </w:r>
            <w:proofErr w:type="gramEnd"/>
            <w:r w:rsidRPr="00F75DE3">
              <w:rPr>
                <w:rFonts w:ascii="標楷體" w:eastAsia="標楷體" w:hAnsi="標楷體"/>
                <w:sz w:val="28"/>
                <w:lang w:eastAsia="zh-TW"/>
              </w:rPr>
              <w:t xml:space="preserve">字元以上？ </w:t>
            </w:r>
          </w:p>
        </w:tc>
        <w:tc>
          <w:tcPr>
            <w:tcW w:w="1559" w:type="dxa"/>
          </w:tcPr>
          <w:p w:rsidR="00356926" w:rsidRPr="00F75DE3" w:rsidRDefault="00356926" w:rsidP="00215011">
            <w:pPr>
              <w:rPr>
                <w:rFonts w:ascii="標楷體" w:eastAsia="標楷體" w:hAnsi="標楷體"/>
                <w:sz w:val="28"/>
                <w:lang w:eastAsia="zh-TW"/>
              </w:rPr>
            </w:pPr>
          </w:p>
        </w:tc>
        <w:tc>
          <w:tcPr>
            <w:tcW w:w="1138" w:type="dxa"/>
          </w:tcPr>
          <w:p w:rsidR="00356926" w:rsidRPr="00F75DE3" w:rsidRDefault="00356926" w:rsidP="00215011">
            <w:pPr>
              <w:rPr>
                <w:rFonts w:ascii="標楷體" w:eastAsia="標楷體" w:hAnsi="標楷體"/>
                <w:sz w:val="28"/>
                <w:lang w:eastAsia="zh-TW"/>
              </w:rPr>
            </w:pPr>
          </w:p>
        </w:tc>
        <w:tc>
          <w:tcPr>
            <w:tcW w:w="2353" w:type="dxa"/>
          </w:tcPr>
          <w:p w:rsidR="00356926" w:rsidRPr="00F75DE3" w:rsidRDefault="00356926" w:rsidP="00215011">
            <w:pPr>
              <w:rPr>
                <w:rFonts w:ascii="標楷體" w:eastAsia="標楷體" w:hAnsi="標楷體"/>
                <w:sz w:val="28"/>
                <w:lang w:eastAsia="zh-TW"/>
              </w:rPr>
            </w:pPr>
          </w:p>
        </w:tc>
      </w:tr>
      <w:tr w:rsidR="00356926" w:rsidRPr="00F75DE3" w:rsidTr="00215011">
        <w:tc>
          <w:tcPr>
            <w:tcW w:w="4361" w:type="dxa"/>
          </w:tcPr>
          <w:p w:rsidR="00356926" w:rsidRPr="00F75DE3" w:rsidRDefault="00356926" w:rsidP="00215011">
            <w:pPr>
              <w:rPr>
                <w:rFonts w:ascii="標楷體" w:eastAsia="標楷體" w:hAnsi="標楷體"/>
                <w:sz w:val="28"/>
                <w:lang w:eastAsia="zh-TW"/>
              </w:rPr>
            </w:pPr>
            <w:r w:rsidRPr="00F75DE3">
              <w:rPr>
                <w:rFonts w:ascii="標楷體" w:eastAsia="標楷體" w:hAnsi="標楷體"/>
                <w:sz w:val="28"/>
                <w:lang w:eastAsia="zh-TW"/>
              </w:rPr>
              <w:t>5.受檢人電腦是否皆使用正版軟體？</w:t>
            </w:r>
          </w:p>
        </w:tc>
        <w:tc>
          <w:tcPr>
            <w:tcW w:w="1559" w:type="dxa"/>
          </w:tcPr>
          <w:p w:rsidR="00356926" w:rsidRPr="00F75DE3" w:rsidRDefault="00356926" w:rsidP="00215011">
            <w:pPr>
              <w:rPr>
                <w:rFonts w:ascii="標楷體" w:eastAsia="標楷體" w:hAnsi="標楷體"/>
                <w:sz w:val="28"/>
                <w:lang w:eastAsia="zh-TW"/>
              </w:rPr>
            </w:pPr>
          </w:p>
        </w:tc>
        <w:tc>
          <w:tcPr>
            <w:tcW w:w="1138" w:type="dxa"/>
          </w:tcPr>
          <w:p w:rsidR="00356926" w:rsidRPr="00F75DE3" w:rsidRDefault="00356926" w:rsidP="00215011">
            <w:pPr>
              <w:rPr>
                <w:rFonts w:ascii="標楷體" w:eastAsia="標楷體" w:hAnsi="標楷體"/>
                <w:sz w:val="28"/>
                <w:lang w:eastAsia="zh-TW"/>
              </w:rPr>
            </w:pPr>
          </w:p>
        </w:tc>
        <w:tc>
          <w:tcPr>
            <w:tcW w:w="2353" w:type="dxa"/>
          </w:tcPr>
          <w:p w:rsidR="00356926" w:rsidRPr="00F75DE3" w:rsidRDefault="00356926" w:rsidP="00215011">
            <w:pPr>
              <w:rPr>
                <w:rFonts w:ascii="標楷體" w:eastAsia="標楷體" w:hAnsi="標楷體"/>
                <w:sz w:val="28"/>
                <w:lang w:eastAsia="zh-TW"/>
              </w:rPr>
            </w:pPr>
          </w:p>
        </w:tc>
      </w:tr>
      <w:tr w:rsidR="00356926" w:rsidRPr="00F75DE3" w:rsidTr="00215011">
        <w:tc>
          <w:tcPr>
            <w:tcW w:w="4361" w:type="dxa"/>
          </w:tcPr>
          <w:p w:rsidR="00356926" w:rsidRPr="00F75DE3" w:rsidRDefault="00356926" w:rsidP="00215011">
            <w:pPr>
              <w:rPr>
                <w:rFonts w:ascii="標楷體" w:eastAsia="標楷體" w:hAnsi="標楷體"/>
                <w:sz w:val="28"/>
                <w:lang w:eastAsia="zh-TW"/>
              </w:rPr>
            </w:pPr>
            <w:r w:rsidRPr="00F75DE3">
              <w:rPr>
                <w:rFonts w:ascii="標楷體" w:eastAsia="標楷體" w:hAnsi="標楷體"/>
                <w:sz w:val="28"/>
                <w:lang w:eastAsia="zh-TW"/>
              </w:rPr>
              <w:t>6.受檢人是否更新病毒碼？</w:t>
            </w:r>
          </w:p>
        </w:tc>
        <w:tc>
          <w:tcPr>
            <w:tcW w:w="1559" w:type="dxa"/>
          </w:tcPr>
          <w:p w:rsidR="00356926" w:rsidRPr="00F75DE3" w:rsidRDefault="00356926" w:rsidP="00215011">
            <w:pPr>
              <w:rPr>
                <w:rFonts w:ascii="標楷體" w:eastAsia="標楷體" w:hAnsi="標楷體"/>
                <w:sz w:val="28"/>
                <w:lang w:eastAsia="zh-TW"/>
              </w:rPr>
            </w:pPr>
          </w:p>
        </w:tc>
        <w:tc>
          <w:tcPr>
            <w:tcW w:w="1138" w:type="dxa"/>
          </w:tcPr>
          <w:p w:rsidR="00356926" w:rsidRPr="00F75DE3" w:rsidRDefault="00356926" w:rsidP="00215011">
            <w:pPr>
              <w:rPr>
                <w:rFonts w:ascii="標楷體" w:eastAsia="標楷體" w:hAnsi="標楷體"/>
                <w:sz w:val="28"/>
                <w:lang w:eastAsia="zh-TW"/>
              </w:rPr>
            </w:pPr>
          </w:p>
        </w:tc>
        <w:tc>
          <w:tcPr>
            <w:tcW w:w="2353" w:type="dxa"/>
          </w:tcPr>
          <w:p w:rsidR="00356926" w:rsidRPr="00F75DE3" w:rsidRDefault="00356926" w:rsidP="00215011">
            <w:pPr>
              <w:rPr>
                <w:rFonts w:ascii="標楷體" w:eastAsia="標楷體" w:hAnsi="標楷體"/>
                <w:sz w:val="28"/>
                <w:lang w:eastAsia="zh-TW"/>
              </w:rPr>
            </w:pPr>
          </w:p>
        </w:tc>
      </w:tr>
      <w:tr w:rsidR="00356926" w:rsidRPr="00F75DE3" w:rsidTr="00215011">
        <w:tc>
          <w:tcPr>
            <w:tcW w:w="4361" w:type="dxa"/>
          </w:tcPr>
          <w:p w:rsidR="00356926" w:rsidRPr="00F75DE3" w:rsidRDefault="00356926" w:rsidP="00215011">
            <w:pPr>
              <w:rPr>
                <w:rFonts w:ascii="標楷體" w:eastAsia="標楷體" w:hAnsi="標楷體"/>
                <w:sz w:val="28"/>
                <w:lang w:eastAsia="zh-TW"/>
              </w:rPr>
            </w:pPr>
            <w:r w:rsidRPr="00F75DE3">
              <w:rPr>
                <w:rFonts w:ascii="標楷體" w:eastAsia="標楷體" w:hAnsi="標楷體"/>
                <w:sz w:val="28"/>
                <w:lang w:eastAsia="zh-TW"/>
              </w:rPr>
              <w:t>其他：</w:t>
            </w:r>
          </w:p>
        </w:tc>
        <w:tc>
          <w:tcPr>
            <w:tcW w:w="1559" w:type="dxa"/>
          </w:tcPr>
          <w:p w:rsidR="00356926" w:rsidRPr="00F75DE3" w:rsidRDefault="00356926" w:rsidP="00215011">
            <w:pPr>
              <w:rPr>
                <w:rFonts w:ascii="標楷體" w:eastAsia="標楷體" w:hAnsi="標楷體"/>
                <w:sz w:val="28"/>
                <w:lang w:eastAsia="zh-TW"/>
              </w:rPr>
            </w:pPr>
          </w:p>
        </w:tc>
        <w:tc>
          <w:tcPr>
            <w:tcW w:w="1138" w:type="dxa"/>
          </w:tcPr>
          <w:p w:rsidR="00356926" w:rsidRPr="00F75DE3" w:rsidRDefault="00356926" w:rsidP="00215011">
            <w:pPr>
              <w:rPr>
                <w:rFonts w:ascii="標楷體" w:eastAsia="標楷體" w:hAnsi="標楷體"/>
                <w:sz w:val="28"/>
                <w:lang w:eastAsia="zh-TW"/>
              </w:rPr>
            </w:pPr>
          </w:p>
        </w:tc>
        <w:tc>
          <w:tcPr>
            <w:tcW w:w="2353" w:type="dxa"/>
          </w:tcPr>
          <w:p w:rsidR="00356926" w:rsidRPr="00F75DE3" w:rsidRDefault="00356926" w:rsidP="00215011">
            <w:pPr>
              <w:rPr>
                <w:rFonts w:ascii="標楷體" w:eastAsia="標楷體" w:hAnsi="標楷體"/>
                <w:sz w:val="28"/>
                <w:lang w:eastAsia="zh-TW"/>
              </w:rPr>
            </w:pPr>
          </w:p>
        </w:tc>
      </w:tr>
      <w:tr w:rsidR="00356926" w:rsidRPr="00F75DE3" w:rsidTr="00215011">
        <w:trPr>
          <w:trHeight w:val="2055"/>
        </w:trPr>
        <w:tc>
          <w:tcPr>
            <w:tcW w:w="9411" w:type="dxa"/>
            <w:gridSpan w:val="4"/>
            <w:vAlign w:val="center"/>
          </w:tcPr>
          <w:p w:rsidR="00356926" w:rsidRPr="00F75DE3" w:rsidRDefault="00356926" w:rsidP="00215011">
            <w:pPr>
              <w:jc w:val="both"/>
              <w:rPr>
                <w:rFonts w:ascii="標楷體" w:eastAsia="標楷體" w:hAnsi="標楷體"/>
                <w:sz w:val="28"/>
                <w:lang w:eastAsia="zh-TW"/>
              </w:rPr>
            </w:pPr>
            <w:r w:rsidRPr="00F75DE3">
              <w:rPr>
                <w:rFonts w:ascii="標楷體" w:eastAsia="標楷體" w:hAnsi="標楷體"/>
                <w:sz w:val="28"/>
                <w:lang w:eastAsia="zh-TW"/>
              </w:rPr>
              <w:t>受檢人處室及職稱：</w:t>
            </w:r>
          </w:p>
          <w:p w:rsidR="00356926" w:rsidRPr="00F75DE3" w:rsidRDefault="00356926" w:rsidP="00215011">
            <w:pPr>
              <w:jc w:val="both"/>
              <w:rPr>
                <w:rFonts w:ascii="標楷體" w:eastAsia="標楷體" w:hAnsi="標楷體"/>
                <w:sz w:val="28"/>
                <w:lang w:eastAsia="zh-TW"/>
              </w:rPr>
            </w:pPr>
            <w:r w:rsidRPr="00F75DE3">
              <w:rPr>
                <w:rFonts w:ascii="標楷體" w:eastAsia="標楷體" w:hAnsi="標楷體"/>
                <w:sz w:val="28"/>
                <w:lang w:eastAsia="zh-TW"/>
              </w:rPr>
              <w:t>受檢電腦名稱：</w:t>
            </w:r>
          </w:p>
          <w:p w:rsidR="00356926" w:rsidRPr="00F75DE3" w:rsidRDefault="00356926" w:rsidP="00215011">
            <w:pPr>
              <w:jc w:val="both"/>
              <w:rPr>
                <w:rFonts w:ascii="標楷體" w:eastAsia="標楷體" w:hAnsi="標楷體"/>
                <w:sz w:val="28"/>
                <w:lang w:eastAsia="zh-TW"/>
              </w:rPr>
            </w:pPr>
            <w:r w:rsidRPr="00F75DE3">
              <w:rPr>
                <w:rFonts w:ascii="標楷體" w:eastAsia="標楷體" w:hAnsi="標楷體"/>
                <w:sz w:val="28"/>
                <w:lang w:eastAsia="zh-TW"/>
              </w:rPr>
              <w:t xml:space="preserve">受檢電腦IP： </w:t>
            </w:r>
          </w:p>
        </w:tc>
      </w:tr>
    </w:tbl>
    <w:p w:rsidR="00356926" w:rsidRDefault="00356926" w:rsidP="00356926">
      <w:pPr>
        <w:rPr>
          <w:rFonts w:ascii="標楷體" w:eastAsia="標楷體" w:hAnsi="標楷體"/>
          <w:sz w:val="28"/>
          <w:lang w:eastAsia="zh-TW"/>
        </w:rPr>
      </w:pPr>
    </w:p>
    <w:p w:rsidR="00356926" w:rsidRPr="00F75DE3" w:rsidRDefault="00356926" w:rsidP="00356926">
      <w:pPr>
        <w:rPr>
          <w:rFonts w:ascii="標楷體" w:eastAsia="標楷體" w:hAnsi="標楷體"/>
          <w:sz w:val="28"/>
          <w:lang w:eastAsia="zh-TW"/>
        </w:rPr>
      </w:pPr>
      <w:r w:rsidRPr="00F75DE3">
        <w:rPr>
          <w:rFonts w:ascii="標楷體" w:eastAsia="標楷體" w:hAnsi="標楷體"/>
          <w:sz w:val="28"/>
          <w:lang w:eastAsia="zh-TW"/>
        </w:rPr>
        <w:t xml:space="preserve">受檢人簽名： </w:t>
      </w:r>
    </w:p>
    <w:p w:rsidR="00356926" w:rsidRPr="00F75DE3" w:rsidRDefault="00356926" w:rsidP="00356926">
      <w:pPr>
        <w:rPr>
          <w:rFonts w:ascii="標楷體" w:eastAsia="標楷體" w:hAnsi="標楷體"/>
          <w:sz w:val="28"/>
          <w:lang w:eastAsia="zh-TW"/>
        </w:rPr>
      </w:pPr>
      <w:r w:rsidRPr="00F75DE3">
        <w:rPr>
          <w:rFonts w:ascii="標楷體" w:eastAsia="標楷體" w:hAnsi="標楷體"/>
          <w:sz w:val="28"/>
          <w:lang w:eastAsia="zh-TW"/>
        </w:rPr>
        <w:t>陳個人資料管理人(處室主任)：</w:t>
      </w:r>
    </w:p>
    <w:p w:rsidR="00356926" w:rsidRDefault="00356926" w:rsidP="00356926">
      <w:pPr>
        <w:rPr>
          <w:rFonts w:ascii="標楷體" w:eastAsia="標楷體" w:hAnsi="標楷體"/>
          <w:sz w:val="28"/>
          <w:lang w:eastAsia="zh-TW"/>
        </w:rPr>
      </w:pPr>
      <w:r w:rsidRPr="00F75DE3">
        <w:rPr>
          <w:rFonts w:ascii="標楷體" w:eastAsia="標楷體" w:hAnsi="標楷體"/>
          <w:sz w:val="28"/>
          <w:lang w:eastAsia="zh-TW"/>
        </w:rPr>
        <w:t xml:space="preserve">陳個人資料主任管理人(校長)： </w:t>
      </w:r>
    </w:p>
    <w:p w:rsidR="00356926" w:rsidRPr="00356926" w:rsidRDefault="00356926" w:rsidP="000C3429">
      <w:pPr>
        <w:spacing w:after="0" w:line="240" w:lineRule="auto"/>
        <w:rPr>
          <w:rFonts w:ascii="標楷體" w:eastAsia="標楷體" w:hAnsi="標楷體"/>
          <w:sz w:val="28"/>
          <w:lang w:eastAsia="zh-TW"/>
        </w:rPr>
      </w:pPr>
    </w:p>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個人資料侵害事故通報與紀錄表</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340"/>
        <w:gridCol w:w="2340"/>
        <w:gridCol w:w="2340"/>
        <w:gridCol w:w="2340"/>
      </w:tblGrid>
      <w:tr w:rsidR="000C3429" w:rsidRPr="000C3429" w:rsidTr="000C3429">
        <w:trPr>
          <w:cantSplit/>
          <w:jc w:val="center"/>
        </w:trPr>
        <w:tc>
          <w:tcPr>
            <w:tcW w:w="4680" w:type="dxa"/>
            <w:gridSpan w:val="2"/>
            <w:vAlign w:val="center"/>
          </w:tcPr>
          <w:p w:rsidR="000C3429" w:rsidRPr="000C3429" w:rsidRDefault="000C3429" w:rsidP="00356926">
            <w:pPr>
              <w:spacing w:after="0" w:line="240" w:lineRule="auto"/>
              <w:ind w:left="1453" w:hangingChars="519" w:hanging="1453"/>
              <w:rPr>
                <w:rFonts w:ascii="標楷體" w:eastAsia="標楷體" w:hAnsi="標楷體"/>
                <w:sz w:val="28"/>
                <w:lang w:eastAsia="zh-TW"/>
              </w:rPr>
            </w:pPr>
            <w:r w:rsidRPr="000C3429">
              <w:rPr>
                <w:rFonts w:ascii="標楷體" w:eastAsia="標楷體" w:hAnsi="標楷體"/>
                <w:sz w:val="28"/>
                <w:lang w:eastAsia="zh-TW"/>
              </w:rPr>
              <w:t>通報機關：</w:t>
            </w:r>
            <w:r w:rsidR="00413037">
              <w:rPr>
                <w:rFonts w:ascii="標楷體" w:eastAsia="標楷體" w:hAnsi="標楷體" w:hint="eastAsia"/>
                <w:sz w:val="28"/>
                <w:lang w:eastAsia="zh-TW"/>
              </w:rPr>
              <w:t>未來學校財團法人</w:t>
            </w:r>
            <w:proofErr w:type="gramStart"/>
            <w:r w:rsidR="00413037">
              <w:rPr>
                <w:rFonts w:ascii="標楷體" w:eastAsia="標楷體" w:hAnsi="標楷體" w:hint="eastAsia"/>
                <w:sz w:val="28"/>
                <w:lang w:eastAsia="zh-TW"/>
              </w:rPr>
              <w:t>臺</w:t>
            </w:r>
            <w:proofErr w:type="gramEnd"/>
            <w:r w:rsidR="00413037">
              <w:rPr>
                <w:rFonts w:ascii="標楷體" w:eastAsia="標楷體" w:hAnsi="標楷體" w:hint="eastAsia"/>
                <w:sz w:val="28"/>
                <w:lang w:eastAsia="zh-TW"/>
              </w:rPr>
              <w:t>東縣私立育仁國民中學</w:t>
            </w:r>
          </w:p>
        </w:tc>
        <w:tc>
          <w:tcPr>
            <w:tcW w:w="4680" w:type="dxa"/>
            <w:gridSpan w:val="2"/>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通報時間：    年    月    日    時    分</w:t>
            </w:r>
          </w:p>
        </w:tc>
      </w:tr>
      <w:tr w:rsidR="000C3429" w:rsidRPr="000C3429" w:rsidTr="000C3429">
        <w:trPr>
          <w:cantSplit/>
          <w:jc w:val="center"/>
        </w:trPr>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受通報機關</w:t>
            </w:r>
          </w:p>
        </w:tc>
        <w:tc>
          <w:tcPr>
            <w:tcW w:w="7020" w:type="dxa"/>
            <w:gridSpan w:val="3"/>
            <w:vAlign w:val="center"/>
          </w:tcPr>
          <w:p w:rsidR="000C3429" w:rsidRPr="000C3429" w:rsidRDefault="000C3429" w:rsidP="00356926">
            <w:pPr>
              <w:spacing w:after="0" w:line="240" w:lineRule="auto"/>
              <w:rPr>
                <w:rFonts w:ascii="標楷體" w:eastAsia="標楷體" w:hAnsi="標楷體"/>
                <w:sz w:val="28"/>
                <w:lang w:eastAsia="zh-TW"/>
              </w:rPr>
            </w:pPr>
            <w:r w:rsidRPr="000C3429">
              <w:rPr>
                <w:rFonts w:ascii="MS Gothic" w:eastAsia="MS Gothic" w:hAnsi="MS Gothic" w:cs="MS Gothic" w:hint="eastAsia"/>
                <w:sz w:val="28"/>
                <w:lang w:eastAsia="zh-TW"/>
              </w:rPr>
              <w:t>☐</w:t>
            </w:r>
            <w:r w:rsidRPr="000C3429">
              <w:rPr>
                <w:rFonts w:ascii="標楷體" w:eastAsia="標楷體" w:hAnsi="標楷體"/>
                <w:sz w:val="28"/>
                <w:lang w:eastAsia="zh-TW"/>
              </w:rPr>
              <w:t xml:space="preserve"> 教育部國教署   </w:t>
            </w:r>
            <w:r w:rsidRPr="000C3429">
              <w:rPr>
                <w:rFonts w:ascii="MS Gothic" w:eastAsia="MS Gothic" w:hAnsi="MS Gothic" w:cs="MS Gothic" w:hint="eastAsia"/>
                <w:sz w:val="28"/>
                <w:lang w:eastAsia="zh-TW"/>
              </w:rPr>
              <w:t>☐</w:t>
            </w:r>
            <w:r w:rsidRPr="000C3429">
              <w:rPr>
                <w:rFonts w:ascii="標楷體" w:eastAsia="標楷體" w:hAnsi="標楷體"/>
                <w:sz w:val="28"/>
                <w:lang w:eastAsia="zh-TW"/>
              </w:rPr>
              <w:t xml:space="preserve"> </w:t>
            </w:r>
            <w:r w:rsidR="00356926">
              <w:rPr>
                <w:rFonts w:ascii="標楷體" w:eastAsia="標楷體" w:hAnsi="標楷體"/>
                <w:sz w:val="28"/>
                <w:lang w:eastAsia="zh-TW"/>
              </w:rPr>
              <w:t>臺東</w:t>
            </w:r>
            <w:r w:rsidRPr="000C3429">
              <w:rPr>
                <w:rFonts w:ascii="標楷體" w:eastAsia="標楷體" w:hAnsi="標楷體"/>
                <w:sz w:val="28"/>
                <w:lang w:eastAsia="zh-TW"/>
              </w:rPr>
              <w:t xml:space="preserve">縣(市)政府    </w:t>
            </w:r>
            <w:r w:rsidRPr="000C3429">
              <w:rPr>
                <w:rFonts w:ascii="MS Gothic" w:eastAsia="MS Gothic" w:hAnsi="MS Gothic" w:cs="MS Gothic" w:hint="eastAsia"/>
                <w:sz w:val="28"/>
                <w:lang w:eastAsia="zh-TW"/>
              </w:rPr>
              <w:t>☐</w:t>
            </w:r>
            <w:r w:rsidRPr="000C3429">
              <w:rPr>
                <w:rFonts w:ascii="標楷體" w:eastAsia="標楷體" w:hAnsi="標楷體"/>
                <w:sz w:val="28"/>
                <w:lang w:eastAsia="zh-TW"/>
              </w:rPr>
              <w:t xml:space="preserve"> 教育部</w:t>
            </w:r>
          </w:p>
        </w:tc>
      </w:tr>
      <w:tr w:rsidR="000C3429" w:rsidRPr="000C3429" w:rsidTr="000C3429">
        <w:trPr>
          <w:cantSplit/>
          <w:jc w:val="center"/>
        </w:trPr>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通報人資訊</w:t>
            </w:r>
          </w:p>
        </w:tc>
        <w:tc>
          <w:tcPr>
            <w:tcW w:w="7020" w:type="dxa"/>
            <w:gridSpan w:val="3"/>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通報人：____________________  簽名(核章)：____________________</w:t>
            </w:r>
            <w:r w:rsidRPr="000C3429">
              <w:rPr>
                <w:rFonts w:ascii="標楷體" w:eastAsia="標楷體" w:hAnsi="標楷體"/>
                <w:sz w:val="28"/>
                <w:lang w:eastAsia="zh-TW"/>
              </w:rPr>
              <w:br/>
              <w:t>職稱：______________________  連絡電話：______________________</w:t>
            </w:r>
            <w:r w:rsidRPr="000C3429">
              <w:rPr>
                <w:rFonts w:ascii="標楷體" w:eastAsia="標楷體" w:hAnsi="標楷體"/>
                <w:sz w:val="28"/>
                <w:lang w:eastAsia="zh-TW"/>
              </w:rPr>
              <w:br/>
              <w:t>E-mail：____________________  地址：__________________________</w:t>
            </w:r>
          </w:p>
        </w:tc>
      </w:tr>
      <w:tr w:rsidR="000C3429" w:rsidRPr="000C3429" w:rsidTr="000C3429">
        <w:trPr>
          <w:cantSplit/>
          <w:jc w:val="center"/>
        </w:trPr>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事故發生時間</w:t>
            </w:r>
          </w:p>
        </w:tc>
        <w:tc>
          <w:tcPr>
            <w:tcW w:w="2340" w:type="dxa"/>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 xml:space="preserve">  年  月  日  時  分</w:t>
            </w:r>
          </w:p>
        </w:tc>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個資侵害總筆數</w:t>
            </w:r>
          </w:p>
        </w:tc>
        <w:tc>
          <w:tcPr>
            <w:tcW w:w="2340" w:type="dxa"/>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(大約)</w:t>
            </w:r>
            <w:r w:rsidRPr="000C3429">
              <w:rPr>
                <w:rFonts w:ascii="標楷體" w:eastAsia="標楷體" w:hAnsi="標楷體"/>
                <w:sz w:val="28"/>
                <w:lang w:eastAsia="zh-TW"/>
              </w:rPr>
              <w:br/>
              <w:t>一般</w:t>
            </w:r>
            <w:proofErr w:type="gramStart"/>
            <w:r w:rsidRPr="000C3429">
              <w:rPr>
                <w:rFonts w:ascii="標楷體" w:eastAsia="標楷體" w:hAnsi="標楷體"/>
                <w:sz w:val="28"/>
                <w:lang w:eastAsia="zh-TW"/>
              </w:rPr>
              <w:t>個</w:t>
            </w:r>
            <w:proofErr w:type="gramEnd"/>
            <w:r w:rsidRPr="000C3429">
              <w:rPr>
                <w:rFonts w:ascii="標楷體" w:eastAsia="標楷體" w:hAnsi="標楷體"/>
                <w:sz w:val="28"/>
                <w:lang w:eastAsia="zh-TW"/>
              </w:rPr>
              <w:t>資：____________ 筆</w:t>
            </w:r>
            <w:r w:rsidRPr="000C3429">
              <w:rPr>
                <w:rFonts w:ascii="標楷體" w:eastAsia="標楷體" w:hAnsi="標楷體"/>
                <w:sz w:val="28"/>
                <w:lang w:eastAsia="zh-TW"/>
              </w:rPr>
              <w:br/>
              <w:t>特種</w:t>
            </w:r>
            <w:proofErr w:type="gramStart"/>
            <w:r w:rsidRPr="000C3429">
              <w:rPr>
                <w:rFonts w:ascii="標楷體" w:eastAsia="標楷體" w:hAnsi="標楷體"/>
                <w:sz w:val="28"/>
                <w:lang w:eastAsia="zh-TW"/>
              </w:rPr>
              <w:t>個</w:t>
            </w:r>
            <w:proofErr w:type="gramEnd"/>
            <w:r w:rsidRPr="000C3429">
              <w:rPr>
                <w:rFonts w:ascii="標楷體" w:eastAsia="標楷體" w:hAnsi="標楷體"/>
                <w:sz w:val="28"/>
                <w:lang w:eastAsia="zh-TW"/>
              </w:rPr>
              <w:t>資：____________ 筆</w:t>
            </w:r>
          </w:p>
        </w:tc>
      </w:tr>
      <w:tr w:rsidR="000C3429" w:rsidRPr="000C3429" w:rsidTr="000C3429">
        <w:trPr>
          <w:cantSplit/>
          <w:jc w:val="center"/>
        </w:trPr>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事故發生種類</w:t>
            </w:r>
          </w:p>
        </w:tc>
        <w:tc>
          <w:tcPr>
            <w:tcW w:w="7020" w:type="dxa"/>
            <w:gridSpan w:val="3"/>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 竊取   ☐ 洩漏   ☐ 竄改   ☐ 毀損   ☐ 滅失   ☐ 其他侵害事故</w:t>
            </w:r>
          </w:p>
        </w:tc>
      </w:tr>
      <w:tr w:rsidR="000C3429" w:rsidRPr="000C3429" w:rsidTr="000C3429">
        <w:trPr>
          <w:cantSplit/>
          <w:jc w:val="center"/>
        </w:trPr>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發生原因及事故摘要</w:t>
            </w:r>
          </w:p>
        </w:tc>
        <w:tc>
          <w:tcPr>
            <w:tcW w:w="7020" w:type="dxa"/>
            <w:gridSpan w:val="3"/>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br/>
            </w:r>
            <w:r w:rsidRPr="000C3429">
              <w:rPr>
                <w:rFonts w:ascii="標楷體" w:eastAsia="標楷體" w:hAnsi="標楷體"/>
                <w:sz w:val="28"/>
                <w:lang w:eastAsia="zh-TW"/>
              </w:rPr>
              <w:br/>
            </w:r>
            <w:r w:rsidRPr="000C3429">
              <w:rPr>
                <w:rFonts w:ascii="標楷體" w:eastAsia="標楷體" w:hAnsi="標楷體"/>
                <w:sz w:val="28"/>
                <w:lang w:eastAsia="zh-TW"/>
              </w:rPr>
              <w:br/>
            </w:r>
          </w:p>
        </w:tc>
      </w:tr>
      <w:tr w:rsidR="000C3429" w:rsidRPr="000C3429" w:rsidTr="000C3429">
        <w:trPr>
          <w:cantSplit/>
          <w:jc w:val="center"/>
        </w:trPr>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損害狀況及可能結果</w:t>
            </w:r>
          </w:p>
        </w:tc>
        <w:tc>
          <w:tcPr>
            <w:tcW w:w="7020" w:type="dxa"/>
            <w:gridSpan w:val="3"/>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br/>
            </w:r>
            <w:r w:rsidRPr="000C3429">
              <w:rPr>
                <w:rFonts w:ascii="標楷體" w:eastAsia="標楷體" w:hAnsi="標楷體"/>
                <w:sz w:val="28"/>
                <w:lang w:eastAsia="zh-TW"/>
              </w:rPr>
              <w:br/>
            </w:r>
            <w:r w:rsidRPr="000C3429">
              <w:rPr>
                <w:rFonts w:ascii="標楷體" w:eastAsia="標楷體" w:hAnsi="標楷體"/>
                <w:sz w:val="28"/>
                <w:lang w:eastAsia="zh-TW"/>
              </w:rPr>
              <w:br/>
            </w:r>
          </w:p>
        </w:tc>
      </w:tr>
      <w:tr w:rsidR="000C3429" w:rsidRPr="000C3429" w:rsidTr="000C3429">
        <w:trPr>
          <w:cantSplit/>
          <w:jc w:val="center"/>
        </w:trPr>
        <w:tc>
          <w:tcPr>
            <w:tcW w:w="2340" w:type="dxa"/>
            <w:shd w:val="clear" w:color="auto" w:fill="F2F4F7"/>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擬採取因應措施與通報</w:t>
            </w:r>
          </w:p>
        </w:tc>
        <w:tc>
          <w:tcPr>
            <w:tcW w:w="7020" w:type="dxa"/>
            <w:gridSpan w:val="3"/>
            <w:vAlign w:val="center"/>
          </w:tcPr>
          <w:p w:rsidR="000C3429" w:rsidRPr="000C3429" w:rsidRDefault="000C3429" w:rsidP="000C3429">
            <w:pPr>
              <w:spacing w:after="0" w:line="240" w:lineRule="auto"/>
              <w:rPr>
                <w:rFonts w:ascii="標楷體" w:eastAsia="標楷體" w:hAnsi="標楷體"/>
                <w:sz w:val="28"/>
                <w:lang w:eastAsia="zh-TW"/>
              </w:rPr>
            </w:pPr>
            <w:r w:rsidRPr="000C3429">
              <w:rPr>
                <w:rFonts w:ascii="標楷體" w:eastAsia="標楷體" w:hAnsi="標楷體"/>
                <w:sz w:val="28"/>
                <w:lang w:eastAsia="zh-TW"/>
              </w:rPr>
              <w:t>擬採取之因應措施：</w:t>
            </w:r>
            <w:r w:rsidRPr="000C3429">
              <w:rPr>
                <w:rFonts w:ascii="標楷體" w:eastAsia="標楷體" w:hAnsi="標楷體"/>
                <w:sz w:val="28"/>
                <w:lang w:eastAsia="zh-TW"/>
              </w:rPr>
              <w:br/>
            </w:r>
            <w:r w:rsidRPr="000C3429">
              <w:rPr>
                <w:rFonts w:ascii="標楷體" w:eastAsia="標楷體" w:hAnsi="標楷體"/>
                <w:sz w:val="28"/>
                <w:lang w:eastAsia="zh-TW"/>
              </w:rPr>
              <w:br/>
            </w:r>
            <w:r w:rsidRPr="000C3429">
              <w:rPr>
                <w:rFonts w:ascii="標楷體" w:eastAsia="標楷體" w:hAnsi="標楷體"/>
                <w:sz w:val="28"/>
                <w:lang w:eastAsia="zh-TW"/>
              </w:rPr>
              <w:br/>
              <w:t>擬</w:t>
            </w:r>
            <w:proofErr w:type="gramStart"/>
            <w:r w:rsidRPr="000C3429">
              <w:rPr>
                <w:rFonts w:ascii="標楷體" w:eastAsia="標楷體" w:hAnsi="標楷體"/>
                <w:sz w:val="28"/>
                <w:lang w:eastAsia="zh-TW"/>
              </w:rPr>
              <w:t>採</w:t>
            </w:r>
            <w:proofErr w:type="gramEnd"/>
            <w:r w:rsidRPr="000C3429">
              <w:rPr>
                <w:rFonts w:ascii="標楷體" w:eastAsia="標楷體" w:hAnsi="標楷體"/>
                <w:sz w:val="28"/>
                <w:lang w:eastAsia="zh-TW"/>
              </w:rPr>
              <w:t>通知當事人之時間及方式：</w:t>
            </w:r>
            <w:r w:rsidRPr="000C3429">
              <w:rPr>
                <w:rFonts w:ascii="標楷體" w:eastAsia="標楷體" w:hAnsi="標楷體"/>
                <w:sz w:val="28"/>
                <w:lang w:eastAsia="zh-TW"/>
              </w:rPr>
              <w:br/>
            </w:r>
            <w:r w:rsidRPr="000C3429">
              <w:rPr>
                <w:rFonts w:ascii="標楷體" w:eastAsia="標楷體" w:hAnsi="標楷體"/>
                <w:sz w:val="28"/>
                <w:lang w:eastAsia="zh-TW"/>
              </w:rPr>
              <w:br/>
            </w:r>
            <w:r w:rsidRPr="000C3429">
              <w:rPr>
                <w:rFonts w:ascii="標楷體" w:eastAsia="標楷體" w:hAnsi="標楷體"/>
                <w:sz w:val="28"/>
                <w:lang w:eastAsia="zh-TW"/>
              </w:rPr>
              <w:br/>
              <w:t>是否於發生個資外</w:t>
            </w:r>
            <w:proofErr w:type="gramStart"/>
            <w:r w:rsidRPr="000C3429">
              <w:rPr>
                <w:rFonts w:ascii="標楷體" w:eastAsia="標楷體" w:hAnsi="標楷體"/>
                <w:sz w:val="28"/>
                <w:lang w:eastAsia="zh-TW"/>
              </w:rPr>
              <w:t>洩</w:t>
            </w:r>
            <w:proofErr w:type="gramEnd"/>
            <w:r w:rsidRPr="000C3429">
              <w:rPr>
                <w:rFonts w:ascii="標楷體" w:eastAsia="標楷體" w:hAnsi="標楷體"/>
                <w:sz w:val="28"/>
                <w:lang w:eastAsia="zh-TW"/>
              </w:rPr>
              <w:t>後72小時通報：</w:t>
            </w:r>
            <w:r w:rsidRPr="000C3429">
              <w:rPr>
                <w:rFonts w:ascii="標楷體" w:eastAsia="標楷體" w:hAnsi="標楷體"/>
                <w:sz w:val="28"/>
                <w:lang w:eastAsia="zh-TW"/>
              </w:rPr>
              <w:br/>
              <w:t>☐ 是    ☐ 否，理由：________________________________________________</w:t>
            </w:r>
          </w:p>
        </w:tc>
      </w:tr>
    </w:tbl>
    <w:p w:rsidR="000C3429" w:rsidRPr="000C3429" w:rsidRDefault="000C3429" w:rsidP="000C3429">
      <w:pPr>
        <w:spacing w:after="0" w:line="240" w:lineRule="auto"/>
        <w:rPr>
          <w:rFonts w:ascii="標楷體" w:eastAsia="標楷體" w:hAnsi="標楷體"/>
          <w:sz w:val="28"/>
          <w:lang w:eastAsia="zh-TW"/>
        </w:rPr>
      </w:pPr>
    </w:p>
    <w:p w:rsidR="000C3429" w:rsidRPr="000C3429" w:rsidRDefault="000C3429" w:rsidP="000C3429">
      <w:pPr>
        <w:spacing w:after="0" w:line="240" w:lineRule="auto"/>
        <w:rPr>
          <w:rFonts w:ascii="標楷體" w:eastAsia="標楷體" w:hAnsi="標楷體"/>
          <w:sz w:val="28"/>
          <w:lang w:eastAsia="zh-TW"/>
        </w:rPr>
      </w:pPr>
    </w:p>
    <w:sectPr w:rsidR="000C3429" w:rsidRPr="000C3429" w:rsidSect="00242EA4">
      <w:pgSz w:w="12240" w:h="15840"/>
      <w:pgMar w:top="709" w:right="1467"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4F0" w:rsidRDefault="00F414F0" w:rsidP="002A198F">
      <w:pPr>
        <w:spacing w:after="0" w:line="240" w:lineRule="auto"/>
      </w:pPr>
      <w:r>
        <w:separator/>
      </w:r>
    </w:p>
  </w:endnote>
  <w:endnote w:type="continuationSeparator" w:id="0">
    <w:p w:rsidR="00F414F0" w:rsidRDefault="00F414F0" w:rsidP="002A1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4F0" w:rsidRDefault="00F414F0" w:rsidP="002A198F">
      <w:pPr>
        <w:spacing w:after="0" w:line="240" w:lineRule="auto"/>
      </w:pPr>
      <w:r>
        <w:separator/>
      </w:r>
    </w:p>
  </w:footnote>
  <w:footnote w:type="continuationSeparator" w:id="0">
    <w:p w:rsidR="00F414F0" w:rsidRDefault="00F414F0" w:rsidP="002A19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3429"/>
    <w:rsid w:val="0015074B"/>
    <w:rsid w:val="00242EA4"/>
    <w:rsid w:val="0029639D"/>
    <w:rsid w:val="002A198F"/>
    <w:rsid w:val="00326F90"/>
    <w:rsid w:val="00356926"/>
    <w:rsid w:val="00384E16"/>
    <w:rsid w:val="003F2D71"/>
    <w:rsid w:val="00413037"/>
    <w:rsid w:val="004C1E8C"/>
    <w:rsid w:val="006F5E97"/>
    <w:rsid w:val="007451D0"/>
    <w:rsid w:val="008C19E6"/>
    <w:rsid w:val="00906B80"/>
    <w:rsid w:val="00A42413"/>
    <w:rsid w:val="00AA1D8D"/>
    <w:rsid w:val="00AA7C22"/>
    <w:rsid w:val="00B47730"/>
    <w:rsid w:val="00CB0664"/>
    <w:rsid w:val="00E92B02"/>
    <w:rsid w:val="00F414F0"/>
    <w:rsid w:val="00F75D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微軟正黑體" w:hAnsi="微軟正黑體"/>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微軟正黑體" w:hAnsi="微軟正黑體"/>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02740-DD43-45A1-A810-C599AC9B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2</cp:revision>
  <cp:lastPrinted>2026-08-05T05:57:00Z</cp:lastPrinted>
  <dcterms:created xsi:type="dcterms:W3CDTF">2026-09-16T03:34:00Z</dcterms:created>
  <dcterms:modified xsi:type="dcterms:W3CDTF">2026-09-16T03:34:00Z</dcterms:modified>
</cp:coreProperties>
</file>